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72EC" w14:textId="0314FDD0" w:rsidR="007A2B1F" w:rsidRPr="009058B8" w:rsidRDefault="00B25662" w:rsidP="00B50417">
      <w:proofErr w:type="spellStart"/>
      <w:r w:rsidRPr="009058B8">
        <w:t>ChildEats</w:t>
      </w:r>
      <w:proofErr w:type="spellEnd"/>
      <w:r w:rsidRPr="009058B8">
        <w:t xml:space="preserve"> Monthly Menu</w:t>
      </w:r>
    </w:p>
    <w:p w14:paraId="064FD36F" w14:textId="30B32DC0" w:rsidR="007A2B1F" w:rsidRDefault="006F4B06" w:rsidP="74C8372C">
      <w:pPr>
        <w:spacing w:after="100"/>
        <w:jc w:val="center"/>
        <w:rPr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07057682" wp14:editId="3DEEB8D1">
            <wp:extent cx="7034991" cy="966439"/>
            <wp:effectExtent l="0" t="0" r="1270" b="0"/>
            <wp:docPr id="766196473" name="Picture 1" descr="A logo with orange and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96473" name="Picture 1" descr="A logo with orange and green leav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5810" cy="9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06748280"/>
      <w:r w:rsidR="74C8372C" w:rsidRPr="74C8372C">
        <w:rPr>
          <w:b/>
          <w:bCs/>
          <w:sz w:val="16"/>
          <w:szCs w:val="16"/>
        </w:rPr>
        <w:t xml:space="preserve"> </w:t>
      </w:r>
      <w:bookmarkStart w:id="1" w:name="_Hlk214642016"/>
      <w:bookmarkEnd w:id="0"/>
      <w:r w:rsidR="00E85DA4" w:rsidRPr="3232E45E">
        <w:rPr>
          <w:b/>
          <w:bCs/>
          <w:sz w:val="16"/>
          <w:szCs w:val="16"/>
        </w:rPr>
        <w:t xml:space="preserve">Week 1 • </w:t>
      </w:r>
      <w:bookmarkEnd w:id="1"/>
      <w:r w:rsidR="004A0C80">
        <w:rPr>
          <w:b/>
          <w:bCs/>
          <w:sz w:val="16"/>
          <w:szCs w:val="16"/>
        </w:rPr>
        <w:t>August 31- September 4</w:t>
      </w:r>
    </w:p>
    <w:tbl>
      <w:tblPr>
        <w:tblStyle w:val="TableGrid"/>
        <w:tblW w:w="11044" w:type="dxa"/>
        <w:tblLook w:val="04A0" w:firstRow="1" w:lastRow="0" w:firstColumn="1" w:lastColumn="0" w:noHBand="0" w:noVBand="1"/>
      </w:tblPr>
      <w:tblGrid>
        <w:gridCol w:w="1997"/>
        <w:gridCol w:w="1652"/>
        <w:gridCol w:w="1888"/>
        <w:gridCol w:w="1888"/>
        <w:gridCol w:w="1863"/>
        <w:gridCol w:w="1756"/>
      </w:tblGrid>
      <w:tr w:rsidR="004A0C80" w:rsidRPr="00F754A7" w14:paraId="07300CEC" w14:textId="77777777" w:rsidTr="74C8372C">
        <w:trPr>
          <w:trHeight w:val="251"/>
        </w:trPr>
        <w:tc>
          <w:tcPr>
            <w:tcW w:w="1997" w:type="dxa"/>
          </w:tcPr>
          <w:p w14:paraId="3F6F0B1D" w14:textId="77777777" w:rsidR="004A0C80" w:rsidRPr="00F754A7" w:rsidRDefault="004A0C80" w:rsidP="004A0C8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652" w:type="dxa"/>
            <w:shd w:val="clear" w:color="auto" w:fill="FDEBD0"/>
          </w:tcPr>
          <w:p w14:paraId="3F589EDE" w14:textId="20378370" w:rsidR="004A0C80" w:rsidRDefault="004A0C80" w:rsidP="004A0C8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8/31</w:t>
            </w:r>
          </w:p>
        </w:tc>
        <w:tc>
          <w:tcPr>
            <w:tcW w:w="1888" w:type="dxa"/>
            <w:shd w:val="clear" w:color="auto" w:fill="D6EAF8"/>
          </w:tcPr>
          <w:p w14:paraId="7EC70E06" w14:textId="5BC2A9CE" w:rsidR="004A0C80" w:rsidRDefault="004A0C80" w:rsidP="004A0C8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9/01</w:t>
            </w:r>
          </w:p>
        </w:tc>
        <w:tc>
          <w:tcPr>
            <w:tcW w:w="1888" w:type="dxa"/>
            <w:shd w:val="clear" w:color="auto" w:fill="F9E79F"/>
          </w:tcPr>
          <w:p w14:paraId="2FD78582" w14:textId="529DB461" w:rsidR="004A0C80" w:rsidRDefault="004A0C80" w:rsidP="004A0C8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9/02</w:t>
            </w:r>
          </w:p>
        </w:tc>
        <w:tc>
          <w:tcPr>
            <w:tcW w:w="1863" w:type="dxa"/>
            <w:shd w:val="clear" w:color="auto" w:fill="D5F5E3"/>
          </w:tcPr>
          <w:p w14:paraId="2137C406" w14:textId="1CEF55FE" w:rsidR="004A0C80" w:rsidRDefault="004A0C80" w:rsidP="004A0C8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9/03</w:t>
            </w:r>
          </w:p>
        </w:tc>
        <w:tc>
          <w:tcPr>
            <w:tcW w:w="1756" w:type="dxa"/>
            <w:shd w:val="clear" w:color="auto" w:fill="FADBD8"/>
          </w:tcPr>
          <w:p w14:paraId="6F8D6F7A" w14:textId="5A7C2851" w:rsidR="004A0C80" w:rsidRDefault="004A0C80" w:rsidP="004A0C8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>
              <w:rPr>
                <w:rFonts w:ascii="Cambria" w:eastAsia="Cambria" w:hAnsi="Cambria" w:cs="Cambria"/>
                <w:sz w:val="13"/>
                <w:szCs w:val="13"/>
              </w:rPr>
              <w:t>9/04</w:t>
            </w:r>
          </w:p>
        </w:tc>
      </w:tr>
      <w:tr w:rsidR="00D453C0" w:rsidRPr="00F754A7" w14:paraId="73A96F65" w14:textId="77777777" w:rsidTr="74C8372C">
        <w:trPr>
          <w:trHeight w:val="701"/>
        </w:trPr>
        <w:tc>
          <w:tcPr>
            <w:tcW w:w="1997" w:type="dxa"/>
            <w:vAlign w:val="center"/>
          </w:tcPr>
          <w:p w14:paraId="6113B4B0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652" w:type="dxa"/>
            <w:vAlign w:val="center"/>
          </w:tcPr>
          <w:p w14:paraId="4C07AB1D" w14:textId="4E90F8AF" w:rsidR="00D453C0" w:rsidRPr="00F754A7" w:rsidRDefault="00D453C0" w:rsidP="00D453C0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Alfredo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Carrots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5D3C55F1" w14:textId="04C06B09" w:rsidR="00D453C0" w:rsidRPr="00F754A7" w:rsidRDefault="00D453C0" w:rsidP="00D453C0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Cloud Puffs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Mashed Potato/WG Bread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Green Peas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6EB9F9A8" w14:textId="2563A172" w:rsidR="00D453C0" w:rsidRPr="00F754A7" w:rsidRDefault="00D453C0" w:rsidP="00D453C0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 Paella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63" w:type="dxa"/>
            <w:vAlign w:val="center"/>
          </w:tcPr>
          <w:p w14:paraId="6FAB8C94" w14:textId="6DA9753E" w:rsidR="00D453C0" w:rsidRPr="00F754A7" w:rsidRDefault="00D453C0" w:rsidP="00D453C0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Stew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Roasted Potato/WG Bread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756" w:type="dxa"/>
            <w:vAlign w:val="center"/>
          </w:tcPr>
          <w:p w14:paraId="233CEEFF" w14:textId="3D6CE134" w:rsidR="00D453C0" w:rsidRPr="00F754A7" w:rsidRDefault="00D453C0" w:rsidP="00D453C0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Mac N Cheese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Cauliflower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D453C0" w:rsidRPr="00F754A7" w14:paraId="304854E9" w14:textId="77777777" w:rsidTr="74C8372C">
        <w:trPr>
          <w:trHeight w:val="359"/>
        </w:trPr>
        <w:tc>
          <w:tcPr>
            <w:tcW w:w="1997" w:type="dxa"/>
            <w:vAlign w:val="center"/>
          </w:tcPr>
          <w:p w14:paraId="46236FD3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652" w:type="dxa"/>
            <w:vAlign w:val="center"/>
          </w:tcPr>
          <w:p w14:paraId="7C4F8379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Cheese Quesadillas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5885CE7D" w14:textId="1173C646" w:rsidR="00D453C0" w:rsidRPr="00F754A7" w:rsidRDefault="00D453C0" w:rsidP="00D453C0">
            <w:pPr>
              <w:jc w:val="center"/>
              <w:rPr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Baby Carrots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4E2355AC" w14:textId="77777777" w:rsidR="00D453C0" w:rsidRPr="00122033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22033">
              <w:rPr>
                <w:rStyle w:val="eop"/>
                <w:rFonts w:ascii="Cambria" w:hAnsi="Cambria" w:cs="Segoe UI"/>
                <w:b/>
                <w:bCs/>
                <w:sz w:val="13"/>
                <w:szCs w:val="13"/>
              </w:rPr>
              <w:t>Seasonal Fruit </w:t>
            </w:r>
          </w:p>
          <w:p w14:paraId="204F6D46" w14:textId="3C9A88AB" w:rsidR="00D453C0" w:rsidRPr="00B5041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Mini Puffs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88" w:type="dxa"/>
            <w:vAlign w:val="center"/>
          </w:tcPr>
          <w:p w14:paraId="4F7FE753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Blueberry Muffin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221FE46F" w14:textId="78DA4E17" w:rsidR="00D453C0" w:rsidRPr="0004192A" w:rsidRDefault="00D453C0" w:rsidP="00D453C0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63" w:type="dxa"/>
            <w:vAlign w:val="center"/>
          </w:tcPr>
          <w:p w14:paraId="1FEE3FC1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Pancakes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3C8B2D2C" w14:textId="1210885D" w:rsidR="00D453C0" w:rsidRPr="0023543E" w:rsidRDefault="00D453C0" w:rsidP="00D453C0">
            <w:pPr>
              <w:jc w:val="center"/>
              <w:rPr>
                <w:rStyle w:val="eop"/>
                <w:rFonts w:ascii="Cambria" w:hAnsi="Cambria" w:cs="Segoe UI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Apple Sauce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756" w:type="dxa"/>
            <w:vAlign w:val="center"/>
          </w:tcPr>
          <w:p w14:paraId="420B6A04" w14:textId="4310B856" w:rsidR="00D453C0" w:rsidRPr="00D60D85" w:rsidRDefault="006C3C9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Boiled Egg</w:t>
            </w:r>
          </w:p>
          <w:p w14:paraId="4250C953" w14:textId="4AEEE029" w:rsidR="00D453C0" w:rsidRPr="00426473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Cucumber Sticks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</w:tbl>
    <w:p w14:paraId="44C48C5B" w14:textId="42A83E7E" w:rsidR="00E85DA4" w:rsidRPr="00F754A7" w:rsidRDefault="00E85DA4" w:rsidP="00E85DA4">
      <w:pPr>
        <w:spacing w:before="300" w:after="100"/>
        <w:jc w:val="center"/>
        <w:rPr>
          <w:sz w:val="20"/>
          <w:szCs w:val="20"/>
        </w:rPr>
      </w:pPr>
      <w:bookmarkStart w:id="2" w:name="_Hlk206748302"/>
      <w:r w:rsidRPr="3232E45E">
        <w:rPr>
          <w:b/>
          <w:bCs/>
          <w:sz w:val="16"/>
          <w:szCs w:val="16"/>
        </w:rPr>
        <w:t xml:space="preserve">Week 2 • </w:t>
      </w:r>
      <w:r w:rsidR="004B5998">
        <w:rPr>
          <w:b/>
          <w:bCs/>
          <w:sz w:val="16"/>
          <w:szCs w:val="16"/>
        </w:rPr>
        <w:t>September 7-11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6"/>
        <w:gridCol w:w="1846"/>
        <w:gridCol w:w="1846"/>
        <w:gridCol w:w="1846"/>
        <w:gridCol w:w="1846"/>
      </w:tblGrid>
      <w:tr w:rsidR="00D453C0" w:rsidRPr="00F754A7" w14:paraId="0B23AC33" w14:textId="77777777" w:rsidTr="74C8372C">
        <w:tc>
          <w:tcPr>
            <w:tcW w:w="1848" w:type="dxa"/>
          </w:tcPr>
          <w:bookmarkEnd w:id="2"/>
          <w:p w14:paraId="0E28C5AB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6" w:type="dxa"/>
            <w:shd w:val="clear" w:color="auto" w:fill="FDEBD0"/>
          </w:tcPr>
          <w:p w14:paraId="7AC0B79B" w14:textId="65C4EF3B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07598B">
              <w:rPr>
                <w:rFonts w:ascii="Cambria" w:eastAsia="Cambria" w:hAnsi="Cambria" w:cs="Cambria"/>
                <w:sz w:val="13"/>
                <w:szCs w:val="13"/>
              </w:rPr>
              <w:t>9/07</w:t>
            </w:r>
          </w:p>
        </w:tc>
        <w:tc>
          <w:tcPr>
            <w:tcW w:w="1846" w:type="dxa"/>
            <w:shd w:val="clear" w:color="auto" w:fill="D6EAF8"/>
          </w:tcPr>
          <w:p w14:paraId="767574F2" w14:textId="197E6D7D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4B5998">
              <w:rPr>
                <w:rFonts w:ascii="Cambria" w:eastAsia="Cambria" w:hAnsi="Cambria" w:cs="Cambria"/>
                <w:sz w:val="13"/>
                <w:szCs w:val="13"/>
              </w:rPr>
              <w:t>9/08</w:t>
            </w:r>
          </w:p>
        </w:tc>
        <w:tc>
          <w:tcPr>
            <w:tcW w:w="1846" w:type="dxa"/>
            <w:shd w:val="clear" w:color="auto" w:fill="F9E79F"/>
          </w:tcPr>
          <w:p w14:paraId="3F2FD25B" w14:textId="659CB769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4B5998">
              <w:rPr>
                <w:rFonts w:ascii="Cambria" w:eastAsia="Cambria" w:hAnsi="Cambria" w:cs="Cambria"/>
                <w:sz w:val="13"/>
                <w:szCs w:val="13"/>
              </w:rPr>
              <w:t>9/09</w:t>
            </w:r>
          </w:p>
        </w:tc>
        <w:tc>
          <w:tcPr>
            <w:tcW w:w="1846" w:type="dxa"/>
            <w:shd w:val="clear" w:color="auto" w:fill="D5F5E3"/>
          </w:tcPr>
          <w:p w14:paraId="11617369" w14:textId="19C20B02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4B5998">
              <w:rPr>
                <w:rFonts w:ascii="Cambria" w:eastAsia="Cambria" w:hAnsi="Cambria" w:cs="Cambria"/>
                <w:sz w:val="13"/>
                <w:szCs w:val="13"/>
              </w:rPr>
              <w:t>9/10</w:t>
            </w:r>
          </w:p>
        </w:tc>
        <w:tc>
          <w:tcPr>
            <w:tcW w:w="1846" w:type="dxa"/>
            <w:shd w:val="clear" w:color="auto" w:fill="FADBD8"/>
          </w:tcPr>
          <w:p w14:paraId="74ABD130" w14:textId="2C42CED4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4B5998">
              <w:rPr>
                <w:rFonts w:ascii="Cambria" w:eastAsia="Cambria" w:hAnsi="Cambria" w:cs="Cambria"/>
                <w:sz w:val="13"/>
                <w:szCs w:val="13"/>
              </w:rPr>
              <w:t>9/11</w:t>
            </w:r>
          </w:p>
        </w:tc>
      </w:tr>
      <w:tr w:rsidR="00D453C0" w:rsidRPr="00F754A7" w14:paraId="62D9BDBC" w14:textId="77777777" w:rsidTr="74C8372C">
        <w:trPr>
          <w:trHeight w:val="800"/>
        </w:trPr>
        <w:tc>
          <w:tcPr>
            <w:tcW w:w="1848" w:type="dxa"/>
            <w:vAlign w:val="center"/>
          </w:tcPr>
          <w:p w14:paraId="1650AECE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6" w:type="dxa"/>
            <w:vAlign w:val="center"/>
          </w:tcPr>
          <w:p w14:paraId="2706A8F3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Tenders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Sweet Potato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304ED966" w14:textId="458C2EF8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Bread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5BF6D93F" w14:textId="54918EF6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Fajitas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2AD742A7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Mama’s Bolognese 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27F932C2" w14:textId="1F24CA53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Broccoli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04AABE91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Turkey Meatballs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Herb Boiled Potato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255D6458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Bread 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1E1D1365" w14:textId="0ADF4922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Vegetables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6BFDDD93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Kabob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Kasha</w:t>
            </w:r>
            <w:r>
              <w:rPr>
                <w:rStyle w:val="scxw16548485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Cucumber Salad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5C7DD824" w14:textId="052A50AF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D453C0" w:rsidRPr="00F754A7" w14:paraId="6F9D7BF6" w14:textId="77777777" w:rsidTr="74C8372C">
        <w:trPr>
          <w:trHeight w:val="377"/>
        </w:trPr>
        <w:tc>
          <w:tcPr>
            <w:tcW w:w="1848" w:type="dxa"/>
            <w:vAlign w:val="center"/>
          </w:tcPr>
          <w:p w14:paraId="5650BB46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6" w:type="dxa"/>
            <w:vAlign w:val="center"/>
          </w:tcPr>
          <w:p w14:paraId="3A7BAF77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722D4E6F" w14:textId="360736D5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Mini Puffs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257AAB69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Melted Cheese Wedges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4F26E8A4" w14:textId="6E0E9789" w:rsidR="00D453C0" w:rsidRPr="00F754A7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44EA23C7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Blueberry Square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22B7C035" w14:textId="656B64B4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 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6B7A2C45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French Toast Sticks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7E5588EB" w14:textId="49014F86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12161064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Cottage Cheese  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32728D24" w14:textId="737F83B3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Waffle  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</w:tbl>
    <w:p w14:paraId="1F820169" w14:textId="3324D874" w:rsidR="00E85DA4" w:rsidRPr="00F754A7" w:rsidRDefault="00E85DA4" w:rsidP="00E85DA4">
      <w:pPr>
        <w:spacing w:before="300" w:after="100"/>
        <w:jc w:val="center"/>
        <w:rPr>
          <w:sz w:val="20"/>
          <w:szCs w:val="20"/>
        </w:rPr>
      </w:pPr>
      <w:bookmarkStart w:id="3" w:name="_Hlk206748319"/>
      <w:r w:rsidRPr="3232E45E">
        <w:rPr>
          <w:b/>
          <w:bCs/>
          <w:sz w:val="16"/>
          <w:szCs w:val="16"/>
        </w:rPr>
        <w:t xml:space="preserve">Week 3 • </w:t>
      </w:r>
      <w:r w:rsidR="006C3C90">
        <w:rPr>
          <w:b/>
          <w:bCs/>
          <w:sz w:val="16"/>
          <w:szCs w:val="16"/>
        </w:rPr>
        <w:t>September 14- 18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6"/>
        <w:gridCol w:w="1846"/>
        <w:gridCol w:w="1846"/>
        <w:gridCol w:w="1846"/>
        <w:gridCol w:w="1846"/>
      </w:tblGrid>
      <w:tr w:rsidR="00D453C0" w:rsidRPr="00F754A7" w14:paraId="468CF04D" w14:textId="77777777" w:rsidTr="74C8372C">
        <w:tc>
          <w:tcPr>
            <w:tcW w:w="1848" w:type="dxa"/>
          </w:tcPr>
          <w:bookmarkEnd w:id="3"/>
          <w:p w14:paraId="0C2F897C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6" w:type="dxa"/>
            <w:shd w:val="clear" w:color="auto" w:fill="FDEBD0"/>
          </w:tcPr>
          <w:p w14:paraId="525A8217" w14:textId="284C2EB2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9/14</w:t>
            </w:r>
          </w:p>
        </w:tc>
        <w:tc>
          <w:tcPr>
            <w:tcW w:w="1846" w:type="dxa"/>
            <w:shd w:val="clear" w:color="auto" w:fill="D6EAF8"/>
          </w:tcPr>
          <w:p w14:paraId="1AB86543" w14:textId="25A411BF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9/15</w:t>
            </w:r>
          </w:p>
        </w:tc>
        <w:tc>
          <w:tcPr>
            <w:tcW w:w="1846" w:type="dxa"/>
            <w:shd w:val="clear" w:color="auto" w:fill="F9E79F"/>
          </w:tcPr>
          <w:p w14:paraId="590A8702" w14:textId="12CCFFFE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9/16</w:t>
            </w:r>
          </w:p>
        </w:tc>
        <w:tc>
          <w:tcPr>
            <w:tcW w:w="1846" w:type="dxa"/>
            <w:shd w:val="clear" w:color="auto" w:fill="D5F5E3"/>
          </w:tcPr>
          <w:p w14:paraId="11F5AE38" w14:textId="44099F8E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9/17</w:t>
            </w:r>
          </w:p>
        </w:tc>
        <w:tc>
          <w:tcPr>
            <w:tcW w:w="1846" w:type="dxa"/>
            <w:shd w:val="clear" w:color="auto" w:fill="FADBD8"/>
          </w:tcPr>
          <w:p w14:paraId="5632628C" w14:textId="721B04B9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9/18</w:t>
            </w:r>
          </w:p>
        </w:tc>
      </w:tr>
      <w:tr w:rsidR="00D453C0" w:rsidRPr="00F754A7" w14:paraId="48099C86" w14:textId="77777777" w:rsidTr="74C8372C">
        <w:trPr>
          <w:trHeight w:val="701"/>
        </w:trPr>
        <w:tc>
          <w:tcPr>
            <w:tcW w:w="1848" w:type="dxa"/>
            <w:vAlign w:val="center"/>
          </w:tcPr>
          <w:p w14:paraId="7BF77A38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6" w:type="dxa"/>
            <w:vAlign w:val="center"/>
          </w:tcPr>
          <w:p w14:paraId="6018A649" w14:textId="7A3EF224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Chicken Pilaf</w:t>
            </w:r>
            <w:r>
              <w:rPr>
                <w:rStyle w:val="scxw11682724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scxw11682724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scxw11682724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2CB026BF" w14:textId="2F220029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Cloud Puffs</w:t>
            </w:r>
            <w:r>
              <w:rPr>
                <w:rStyle w:val="scxw10778291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Mashed Potato/WG Bread</w:t>
            </w:r>
            <w:r>
              <w:rPr>
                <w:rStyle w:val="scxw10778291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scxw11682724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7CCB3A42" w14:textId="5E052903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Mama’s Bolognese </w:t>
            </w:r>
            <w:r>
              <w:rPr>
                <w:rStyle w:val="scxw10778291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scxw10778291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Carrots</w:t>
            </w:r>
            <w:r>
              <w:rPr>
                <w:rStyle w:val="scxw10778291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1B87041E" w14:textId="21A4DD5E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Stew</w:t>
            </w:r>
            <w:r>
              <w:rPr>
                <w:rStyle w:val="scxw11682724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Roasted Potato/WG Bread</w:t>
            </w:r>
            <w:r>
              <w:rPr>
                <w:rStyle w:val="scxw116827245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Green Peas</w:t>
            </w:r>
            <w:r>
              <w:rPr>
                <w:rStyle w:val="scxw107782913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25B5BC68" w14:textId="7389A7B3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 w:rsidRPr="75A1544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Mac N Cheese</w:t>
            </w:r>
            <w:r w:rsidRPr="75A15445">
              <w:rPr>
                <w:rStyle w:val="scxw107782913"/>
                <w:rFonts w:ascii="Cambria" w:eastAsia="Cambria" w:hAnsi="Cambria" w:cs="Cambria"/>
                <w:sz w:val="13"/>
                <w:szCs w:val="13"/>
              </w:rPr>
              <w:t> </w:t>
            </w:r>
            <w:r>
              <w:br/>
            </w:r>
            <w:r w:rsidRPr="75A1544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WG Pasta</w:t>
            </w:r>
            <w:r w:rsidRPr="75A15445">
              <w:rPr>
                <w:rStyle w:val="scxw107782913"/>
                <w:rFonts w:ascii="Cambria" w:eastAsia="Cambria" w:hAnsi="Cambria" w:cs="Cambria"/>
                <w:sz w:val="13"/>
                <w:szCs w:val="13"/>
              </w:rPr>
              <w:t> </w:t>
            </w:r>
            <w:r>
              <w:br/>
            </w:r>
            <w:r w:rsidRPr="75A1544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Steamed Vegetables</w:t>
            </w:r>
            <w:r w:rsidRPr="75A15445">
              <w:rPr>
                <w:rStyle w:val="scxw107782913"/>
                <w:rFonts w:ascii="Cambria" w:eastAsia="Cambria" w:hAnsi="Cambria" w:cs="Cambria"/>
                <w:sz w:val="13"/>
                <w:szCs w:val="13"/>
              </w:rPr>
              <w:t> </w:t>
            </w:r>
            <w:r>
              <w:br/>
            </w:r>
            <w:r w:rsidRPr="75A1544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Seasonal Fruit</w:t>
            </w:r>
            <w:r w:rsidRPr="75A15445">
              <w:rPr>
                <w:rStyle w:val="eop"/>
                <w:rFonts w:ascii="Cambria" w:eastAsia="Cambria" w:hAnsi="Cambria" w:cs="Cambria"/>
                <w:sz w:val="13"/>
                <w:szCs w:val="13"/>
              </w:rPr>
              <w:t> </w:t>
            </w:r>
          </w:p>
        </w:tc>
      </w:tr>
      <w:tr w:rsidR="00D453C0" w:rsidRPr="00F754A7" w14:paraId="5BB94F5C" w14:textId="77777777" w:rsidTr="74C8372C">
        <w:tc>
          <w:tcPr>
            <w:tcW w:w="1848" w:type="dxa"/>
            <w:vAlign w:val="center"/>
          </w:tcPr>
          <w:p w14:paraId="33C6AA1B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6" w:type="dxa"/>
            <w:vAlign w:val="center"/>
          </w:tcPr>
          <w:p w14:paraId="4E19BEFA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Cheese Quesadillas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67789716" w14:textId="4CC05649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Baby Carrots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69FCC368" w14:textId="783FA2F7" w:rsidR="00D453C0" w:rsidRPr="00D60D85" w:rsidRDefault="006C3C9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Yogurt</w:t>
            </w:r>
          </w:p>
          <w:p w14:paraId="1849198F" w14:textId="62B90023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="00451F14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Cracker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03D14337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Banana Bread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47665260" w14:textId="0E0C4A42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1F95CD47" w14:textId="6EC1D1E1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 xml:space="preserve">WG </w:t>
            </w:r>
            <w:r w:rsidR="006C3C90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Pancake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3B72F508" w14:textId="50F0D857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5349CDBC" w14:textId="77777777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Seasonal Fruit</w:t>
            </w:r>
            <w:r w:rsidRPr="75A1544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 </w:t>
            </w:r>
            <w:r w:rsidRPr="75A15445">
              <w:rPr>
                <w:rStyle w:val="eop"/>
                <w:rFonts w:ascii="Cambria" w:eastAsia="Cambria" w:hAnsi="Cambria" w:cs="Cambria"/>
                <w:sz w:val="13"/>
                <w:szCs w:val="13"/>
              </w:rPr>
              <w:t> </w:t>
            </w:r>
          </w:p>
          <w:p w14:paraId="442F0AAC" w14:textId="51669145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 w:rsidRPr="75A15445">
              <w:rPr>
                <w:rStyle w:val="normaltextrun"/>
                <w:rFonts w:ascii="Cambria" w:eastAsia="Cambria" w:hAnsi="Cambria" w:cs="Cambria"/>
                <w:b/>
                <w:bCs/>
                <w:sz w:val="13"/>
                <w:szCs w:val="13"/>
              </w:rPr>
              <w:t>Mini Puffs</w:t>
            </w:r>
            <w:r w:rsidRPr="75A15445">
              <w:rPr>
                <w:rStyle w:val="eop"/>
                <w:rFonts w:ascii="Cambria" w:eastAsia="Cambria" w:hAnsi="Cambria" w:cs="Cambria"/>
                <w:sz w:val="13"/>
                <w:szCs w:val="13"/>
              </w:rPr>
              <w:t> </w:t>
            </w:r>
          </w:p>
        </w:tc>
      </w:tr>
    </w:tbl>
    <w:p w14:paraId="4FB25ED2" w14:textId="4DBB7135" w:rsidR="00E85DA4" w:rsidRPr="005B25FD" w:rsidRDefault="00E85DA4" w:rsidP="00E85DA4">
      <w:pPr>
        <w:spacing w:before="300" w:after="100"/>
        <w:jc w:val="center"/>
        <w:rPr>
          <w:b/>
          <w:bCs/>
          <w:sz w:val="16"/>
          <w:szCs w:val="16"/>
        </w:rPr>
      </w:pPr>
      <w:bookmarkStart w:id="4" w:name="_Hlk206748338"/>
      <w:bookmarkStart w:id="5" w:name="_Hlk214640983"/>
      <w:r w:rsidRPr="3232E45E">
        <w:rPr>
          <w:b/>
          <w:bCs/>
          <w:sz w:val="16"/>
          <w:szCs w:val="16"/>
        </w:rPr>
        <w:t>Week 4 •</w:t>
      </w:r>
      <w:r w:rsidR="006C3C90">
        <w:rPr>
          <w:b/>
          <w:bCs/>
          <w:sz w:val="16"/>
          <w:szCs w:val="16"/>
        </w:rPr>
        <w:t xml:space="preserve"> September 21- 25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6"/>
        <w:gridCol w:w="1846"/>
        <w:gridCol w:w="1846"/>
        <w:gridCol w:w="1846"/>
        <w:gridCol w:w="1846"/>
      </w:tblGrid>
      <w:tr w:rsidR="00D453C0" w:rsidRPr="00F754A7" w14:paraId="60E8F66D" w14:textId="77777777" w:rsidTr="74C8372C">
        <w:tc>
          <w:tcPr>
            <w:tcW w:w="1848" w:type="dxa"/>
          </w:tcPr>
          <w:bookmarkEnd w:id="4"/>
          <w:bookmarkEnd w:id="5"/>
          <w:p w14:paraId="2F09E005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6" w:type="dxa"/>
            <w:shd w:val="clear" w:color="auto" w:fill="FDEBD0"/>
          </w:tcPr>
          <w:p w14:paraId="1D4D965B" w14:textId="2CA0B43E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9/21</w:t>
            </w:r>
          </w:p>
        </w:tc>
        <w:tc>
          <w:tcPr>
            <w:tcW w:w="1846" w:type="dxa"/>
            <w:shd w:val="clear" w:color="auto" w:fill="D6EAF8"/>
          </w:tcPr>
          <w:p w14:paraId="71D6138F" w14:textId="1A89D27E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9/22</w:t>
            </w:r>
          </w:p>
        </w:tc>
        <w:tc>
          <w:tcPr>
            <w:tcW w:w="1846" w:type="dxa"/>
            <w:shd w:val="clear" w:color="auto" w:fill="F9E79F"/>
          </w:tcPr>
          <w:p w14:paraId="18801F96" w14:textId="3CA78EE3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9/23</w:t>
            </w:r>
          </w:p>
        </w:tc>
        <w:tc>
          <w:tcPr>
            <w:tcW w:w="1846" w:type="dxa"/>
            <w:shd w:val="clear" w:color="auto" w:fill="D5F5E3"/>
          </w:tcPr>
          <w:p w14:paraId="45A761C3" w14:textId="63CD8A5B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9/24</w:t>
            </w:r>
          </w:p>
        </w:tc>
        <w:tc>
          <w:tcPr>
            <w:tcW w:w="1846" w:type="dxa"/>
            <w:shd w:val="clear" w:color="auto" w:fill="FADBD8"/>
          </w:tcPr>
          <w:p w14:paraId="15C1BA72" w14:textId="17D0A424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9/25</w:t>
            </w:r>
          </w:p>
        </w:tc>
      </w:tr>
      <w:tr w:rsidR="00D453C0" w:rsidRPr="00F754A7" w14:paraId="6A66C238" w14:textId="77777777" w:rsidTr="74C8372C">
        <w:trPr>
          <w:trHeight w:val="647"/>
        </w:trPr>
        <w:tc>
          <w:tcPr>
            <w:tcW w:w="1848" w:type="dxa"/>
            <w:vAlign w:val="center"/>
          </w:tcPr>
          <w:p w14:paraId="483C9CC4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6" w:type="dxa"/>
            <w:vAlign w:val="center"/>
          </w:tcPr>
          <w:p w14:paraId="5856D959" w14:textId="2A46D237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Meatballs Marinara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Cucumber Salad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16DD0ED7" w14:textId="3B2C8F3D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Tenders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Sweet Potato/WG Bread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398F09F9" w14:textId="4189E777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Stir Baked Chicken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Broccoli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22AFA2D0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Turkey Meatballs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Herb Boiled Potato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3F7E7451" w14:textId="4705DA9B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Bread Garden Salad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71411F9D" w14:textId="0E9E86BF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Kabob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Kasha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Vegetables</w:t>
            </w:r>
            <w:r>
              <w:rPr>
                <w:rStyle w:val="scxw167452407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D453C0" w:rsidRPr="00F754A7" w14:paraId="453E7EE3" w14:textId="77777777" w:rsidTr="74C8372C">
        <w:trPr>
          <w:trHeight w:val="359"/>
        </w:trPr>
        <w:tc>
          <w:tcPr>
            <w:tcW w:w="1848" w:type="dxa"/>
            <w:vAlign w:val="center"/>
          </w:tcPr>
          <w:p w14:paraId="0335C5AD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6" w:type="dxa"/>
            <w:vAlign w:val="center"/>
          </w:tcPr>
          <w:p w14:paraId="192C4B2D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Boiled Egg 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40ED1D78" w14:textId="45EE32ED" w:rsidR="00D453C0" w:rsidRPr="00F754A7" w:rsidRDefault="006C3C90" w:rsidP="006C3C9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b/>
                <w:bCs/>
                <w:sz w:val="13"/>
                <w:szCs w:val="21"/>
              </w:rPr>
              <w:t>Cucumber Stick</w:t>
            </w:r>
          </w:p>
        </w:tc>
        <w:tc>
          <w:tcPr>
            <w:tcW w:w="1846" w:type="dxa"/>
            <w:vAlign w:val="center"/>
          </w:tcPr>
          <w:p w14:paraId="5A3778AA" w14:textId="077A59EF" w:rsidR="00D453C0" w:rsidRDefault="006C3C9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Yogurt</w:t>
            </w:r>
          </w:p>
          <w:p w14:paraId="63905119" w14:textId="2297C2ED" w:rsidR="00D453C0" w:rsidRPr="00F754A7" w:rsidRDefault="006C3C9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Mini Puffs</w:t>
            </w:r>
            <w:r w:rsidR="00D453C0"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52D2B398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Blueberry Muffin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32840805" w14:textId="7840BE3C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2C470370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Cottage Cheese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0E347CCA" w14:textId="3B5BB7A7" w:rsidR="00D453C0" w:rsidRPr="0023543E" w:rsidRDefault="00D453C0" w:rsidP="00D453C0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 Pancakes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6" w:type="dxa"/>
            <w:vAlign w:val="center"/>
          </w:tcPr>
          <w:p w14:paraId="72AA8B9A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Carrot Square</w:t>
            </w:r>
          </w:p>
          <w:p w14:paraId="0EA4041D" w14:textId="13BA7E2C" w:rsidR="00D453C0" w:rsidRPr="00F754A7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</w:tbl>
    <w:p w14:paraId="1EE3AEF2" w14:textId="437D3126" w:rsidR="00E85DA4" w:rsidRPr="005B25FD" w:rsidRDefault="00E85DA4" w:rsidP="00E85DA4">
      <w:pPr>
        <w:spacing w:before="300" w:after="100"/>
        <w:jc w:val="center"/>
        <w:rPr>
          <w:b/>
          <w:bCs/>
          <w:sz w:val="16"/>
          <w:szCs w:val="16"/>
        </w:rPr>
      </w:pPr>
      <w:bookmarkStart w:id="6" w:name="_Hlk206748359"/>
      <w:r w:rsidRPr="3232E45E">
        <w:rPr>
          <w:b/>
          <w:bCs/>
          <w:sz w:val="16"/>
          <w:szCs w:val="16"/>
        </w:rPr>
        <w:t xml:space="preserve">Week 5 • </w:t>
      </w:r>
      <w:r w:rsidR="006C3C90">
        <w:rPr>
          <w:b/>
          <w:bCs/>
          <w:sz w:val="16"/>
          <w:szCs w:val="16"/>
        </w:rPr>
        <w:t>September 28- October 2</w:t>
      </w:r>
    </w:p>
    <w:tbl>
      <w:tblPr>
        <w:tblStyle w:val="TableGrid"/>
        <w:tblW w:w="11096" w:type="dxa"/>
        <w:tblLook w:val="04A0" w:firstRow="1" w:lastRow="0" w:firstColumn="1" w:lastColumn="0" w:noHBand="0" w:noVBand="1"/>
      </w:tblPr>
      <w:tblGrid>
        <w:gridCol w:w="1851"/>
        <w:gridCol w:w="1849"/>
        <w:gridCol w:w="1849"/>
        <w:gridCol w:w="1849"/>
        <w:gridCol w:w="1849"/>
        <w:gridCol w:w="1849"/>
      </w:tblGrid>
      <w:tr w:rsidR="00D453C0" w:rsidRPr="00F754A7" w14:paraId="30E27EEB" w14:textId="77777777" w:rsidTr="74C8372C">
        <w:trPr>
          <w:trHeight w:val="300"/>
        </w:trPr>
        <w:tc>
          <w:tcPr>
            <w:tcW w:w="1851" w:type="dxa"/>
          </w:tcPr>
          <w:bookmarkEnd w:id="6"/>
          <w:p w14:paraId="738611DE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849" w:type="dxa"/>
            <w:shd w:val="clear" w:color="auto" w:fill="FDEBD0"/>
          </w:tcPr>
          <w:p w14:paraId="321735DC" w14:textId="39D3C5E1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Monday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9/28</w:t>
            </w:r>
          </w:p>
        </w:tc>
        <w:tc>
          <w:tcPr>
            <w:tcW w:w="1849" w:type="dxa"/>
            <w:shd w:val="clear" w:color="auto" w:fill="D6EAF8"/>
          </w:tcPr>
          <w:p w14:paraId="6C17428F" w14:textId="490E3553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Tuesday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9/29</w:t>
            </w:r>
          </w:p>
        </w:tc>
        <w:tc>
          <w:tcPr>
            <w:tcW w:w="1849" w:type="dxa"/>
            <w:shd w:val="clear" w:color="auto" w:fill="F9E79F"/>
          </w:tcPr>
          <w:p w14:paraId="34F46096" w14:textId="0A586E9A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Wednesday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9/30</w:t>
            </w:r>
          </w:p>
        </w:tc>
        <w:tc>
          <w:tcPr>
            <w:tcW w:w="1849" w:type="dxa"/>
            <w:shd w:val="clear" w:color="auto" w:fill="D5F5E3"/>
          </w:tcPr>
          <w:p w14:paraId="70F2C3A9" w14:textId="1B294602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Thursday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10/01</w:t>
            </w:r>
          </w:p>
        </w:tc>
        <w:tc>
          <w:tcPr>
            <w:tcW w:w="1849" w:type="dxa"/>
            <w:shd w:val="clear" w:color="auto" w:fill="FADBD8"/>
          </w:tcPr>
          <w:p w14:paraId="136BD55A" w14:textId="40EB9D09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 w:rsidRPr="00E304FE"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Friday</w:t>
            </w:r>
            <w:r w:rsidRPr="00E304FE">
              <w:rPr>
                <w:rStyle w:val="scxw75204089"/>
                <w:rFonts w:ascii="Cambria" w:hAnsi="Cambria" w:cs="Segoe UI"/>
                <w:b/>
                <w:bCs/>
                <w:sz w:val="13"/>
                <w:szCs w:val="13"/>
              </w:rPr>
              <w:t> </w:t>
            </w:r>
            <w:r w:rsidRPr="00E304FE">
              <w:rPr>
                <w:b/>
                <w:bCs/>
              </w:rPr>
              <w:br/>
            </w:r>
            <w:r w:rsidR="006C3C90">
              <w:rPr>
                <w:rFonts w:ascii="Cambria" w:eastAsia="Cambria" w:hAnsi="Cambria" w:cs="Cambria"/>
                <w:sz w:val="13"/>
                <w:szCs w:val="13"/>
              </w:rPr>
              <w:t>10/02</w:t>
            </w:r>
          </w:p>
        </w:tc>
      </w:tr>
      <w:tr w:rsidR="00D453C0" w:rsidRPr="00F754A7" w14:paraId="4830838D" w14:textId="77777777" w:rsidTr="74C8372C">
        <w:trPr>
          <w:trHeight w:val="593"/>
        </w:trPr>
        <w:tc>
          <w:tcPr>
            <w:tcW w:w="1851" w:type="dxa"/>
            <w:vAlign w:val="center"/>
          </w:tcPr>
          <w:p w14:paraId="3D036476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Lunch</w:t>
            </w:r>
          </w:p>
        </w:tc>
        <w:tc>
          <w:tcPr>
            <w:tcW w:w="1849" w:type="dxa"/>
            <w:vAlign w:val="center"/>
          </w:tcPr>
          <w:p w14:paraId="4631D97C" w14:textId="1DDC25AE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Alfredo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Carrots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17142FE" w14:textId="4E130960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Cloud Puffs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Mashed Potato/WG Bread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Green Peas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7123AEB0" w14:textId="1249A71C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 Paella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Rice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Cole Slaw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0F17A6C" w14:textId="49574B9A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Chicken Stew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Roasted Potato/WG Bread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Garden Salad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8DDD340" w14:textId="4BA1F1EC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Mac N Cheese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Pasta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Steamed Cauliflower</w:t>
            </w:r>
            <w:r>
              <w:rPr>
                <w:rStyle w:val="scxw52589656"/>
                <w:rFonts w:ascii="Cambria" w:hAnsi="Cambria" w:cs="Segoe UI"/>
                <w:sz w:val="13"/>
                <w:szCs w:val="13"/>
              </w:rPr>
              <w:t> </w:t>
            </w:r>
            <w:r>
              <w:rPr>
                <w:rFonts w:ascii="Cambria" w:hAnsi="Cambria" w:cs="Segoe UI"/>
                <w:sz w:val="13"/>
                <w:szCs w:val="13"/>
              </w:rPr>
              <w:br/>
            </w: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  <w:tr w:rsidR="00D453C0" w:rsidRPr="00F754A7" w14:paraId="23BE76A6" w14:textId="77777777" w:rsidTr="74C8372C">
        <w:trPr>
          <w:trHeight w:val="350"/>
        </w:trPr>
        <w:tc>
          <w:tcPr>
            <w:tcW w:w="1851" w:type="dxa"/>
            <w:vAlign w:val="center"/>
          </w:tcPr>
          <w:p w14:paraId="083387CD" w14:textId="77777777" w:rsidR="00D453C0" w:rsidRPr="00F754A7" w:rsidRDefault="00D453C0" w:rsidP="00D453C0">
            <w:pPr>
              <w:rPr>
                <w:b/>
                <w:bCs/>
                <w:sz w:val="18"/>
                <w:szCs w:val="18"/>
              </w:rPr>
            </w:pPr>
            <w:r w:rsidRPr="00F754A7">
              <w:rPr>
                <w:b/>
                <w:bCs/>
                <w:sz w:val="18"/>
                <w:szCs w:val="18"/>
              </w:rPr>
              <w:t>PM Snack</w:t>
            </w:r>
          </w:p>
        </w:tc>
        <w:tc>
          <w:tcPr>
            <w:tcW w:w="1849" w:type="dxa"/>
            <w:vAlign w:val="center"/>
          </w:tcPr>
          <w:p w14:paraId="6276FD7F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Cheese Quesadillas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3BED7334" w14:textId="09E7E32E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Baby Carrots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330B17D9" w14:textId="77777777" w:rsidR="00D453C0" w:rsidRPr="00122033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22033">
              <w:rPr>
                <w:rStyle w:val="eop"/>
                <w:rFonts w:ascii="Cambria" w:hAnsi="Cambria" w:cs="Segoe UI"/>
                <w:b/>
                <w:bCs/>
                <w:sz w:val="13"/>
                <w:szCs w:val="13"/>
              </w:rPr>
              <w:t>Seasonal Fruit </w:t>
            </w:r>
          </w:p>
          <w:p w14:paraId="1F69606B" w14:textId="4B9EB3FA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Mini Puffs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AF4E13C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Blueberry Muffin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28A4AA23" w14:textId="6F716C8C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Seasonal Fruit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50344C6C" w14:textId="77777777" w:rsidR="00D453C0" w:rsidRDefault="00D453C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WG Pancakes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  <w:p w14:paraId="501FBC35" w14:textId="0164BE41" w:rsidR="00D453C0" w:rsidRPr="00F754A7" w:rsidRDefault="00D453C0" w:rsidP="00D453C0">
            <w:pPr>
              <w:jc w:val="center"/>
              <w:rPr>
                <w:b/>
                <w:bCs/>
                <w:sz w:val="13"/>
                <w:szCs w:val="21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Apple Sauce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  <w:tc>
          <w:tcPr>
            <w:tcW w:w="1849" w:type="dxa"/>
            <w:vAlign w:val="center"/>
          </w:tcPr>
          <w:p w14:paraId="00512B0F" w14:textId="16CBEAEF" w:rsidR="00D453C0" w:rsidRPr="006C3C90" w:rsidRDefault="006C3C90" w:rsidP="00D453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6C3C90">
              <w:rPr>
                <w:rStyle w:val="normaltextrun"/>
                <w:rFonts w:ascii="Cambria" w:hAnsi="Cambria"/>
                <w:b/>
                <w:bCs/>
                <w:sz w:val="13"/>
                <w:szCs w:val="13"/>
              </w:rPr>
              <w:t>Boiled Egg</w:t>
            </w:r>
          </w:p>
          <w:p w14:paraId="749C6F4A" w14:textId="44ED9C9A" w:rsidR="00D453C0" w:rsidRDefault="00D453C0" w:rsidP="00D453C0">
            <w:pPr>
              <w:jc w:val="center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rStyle w:val="normaltextrun"/>
                <w:rFonts w:ascii="Cambria" w:hAnsi="Cambria" w:cs="Segoe UI"/>
                <w:b/>
                <w:bCs/>
                <w:sz w:val="13"/>
                <w:szCs w:val="13"/>
              </w:rPr>
              <w:t> Cucumber Sticks</w:t>
            </w:r>
            <w:r>
              <w:rPr>
                <w:rStyle w:val="eop"/>
                <w:rFonts w:ascii="Cambria" w:hAnsi="Cambria" w:cs="Segoe UI"/>
                <w:sz w:val="13"/>
                <w:szCs w:val="13"/>
              </w:rPr>
              <w:t> </w:t>
            </w:r>
          </w:p>
        </w:tc>
      </w:tr>
    </w:tbl>
    <w:p w14:paraId="4790262F" w14:textId="3F9375BF" w:rsidR="007A2B1F" w:rsidRPr="00F754A7" w:rsidRDefault="00B25662" w:rsidP="00DA4BED">
      <w:pPr>
        <w:pStyle w:val="IntenseQuote"/>
        <w:ind w:left="0"/>
        <w:rPr>
          <w:color w:val="FF0000"/>
          <w:sz w:val="24"/>
          <w:szCs w:val="24"/>
        </w:rPr>
      </w:pPr>
      <w:r w:rsidRPr="00F754A7">
        <w:rPr>
          <w:sz w:val="18"/>
          <w:szCs w:val="18"/>
        </w:rPr>
        <w:t>Note: All fruits are subject to seasonal availability</w:t>
      </w:r>
      <w:r w:rsidR="00DA4BED">
        <w:rPr>
          <w:sz w:val="18"/>
          <w:szCs w:val="18"/>
        </w:rPr>
        <w:t xml:space="preserve">.                                                 </w:t>
      </w:r>
      <w:r w:rsidR="009058B8" w:rsidRPr="00F754A7">
        <w:rPr>
          <w:sz w:val="18"/>
          <w:szCs w:val="18"/>
        </w:rPr>
        <w:t xml:space="preserve">   </w:t>
      </w:r>
      <w:r w:rsidRPr="00F754A7">
        <w:rPr>
          <w:color w:val="FF0000"/>
          <w:sz w:val="18"/>
          <w:szCs w:val="24"/>
        </w:rPr>
        <w:t>childeats.com • prepared by petergofchicago.com</w:t>
      </w:r>
    </w:p>
    <w:sectPr w:rsidR="007A2B1F" w:rsidRPr="00F754A7" w:rsidSect="0003461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4401593">
    <w:abstractNumId w:val="8"/>
  </w:num>
  <w:num w:numId="2" w16cid:durableId="556478232">
    <w:abstractNumId w:val="6"/>
  </w:num>
  <w:num w:numId="3" w16cid:durableId="1079406417">
    <w:abstractNumId w:val="5"/>
  </w:num>
  <w:num w:numId="4" w16cid:durableId="494567260">
    <w:abstractNumId w:val="4"/>
  </w:num>
  <w:num w:numId="5" w16cid:durableId="1727682874">
    <w:abstractNumId w:val="7"/>
  </w:num>
  <w:num w:numId="6" w16cid:durableId="1179781670">
    <w:abstractNumId w:val="3"/>
  </w:num>
  <w:num w:numId="7" w16cid:durableId="1632634915">
    <w:abstractNumId w:val="2"/>
  </w:num>
  <w:num w:numId="8" w16cid:durableId="596249605">
    <w:abstractNumId w:val="1"/>
  </w:num>
  <w:num w:numId="9" w16cid:durableId="159921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FF0"/>
    <w:rsid w:val="00034575"/>
    <w:rsid w:val="00034616"/>
    <w:rsid w:val="0004192A"/>
    <w:rsid w:val="00051409"/>
    <w:rsid w:val="0006063C"/>
    <w:rsid w:val="00061DAA"/>
    <w:rsid w:val="0007598B"/>
    <w:rsid w:val="000A78B0"/>
    <w:rsid w:val="000B629C"/>
    <w:rsid w:val="000D2AC5"/>
    <w:rsid w:val="000F753F"/>
    <w:rsid w:val="00106607"/>
    <w:rsid w:val="00122033"/>
    <w:rsid w:val="0013117F"/>
    <w:rsid w:val="00142261"/>
    <w:rsid w:val="001458F2"/>
    <w:rsid w:val="0015074B"/>
    <w:rsid w:val="001563D2"/>
    <w:rsid w:val="00166570"/>
    <w:rsid w:val="0016791D"/>
    <w:rsid w:val="00190656"/>
    <w:rsid w:val="001967AC"/>
    <w:rsid w:val="00203657"/>
    <w:rsid w:val="00207B8C"/>
    <w:rsid w:val="0023400C"/>
    <w:rsid w:val="0023543E"/>
    <w:rsid w:val="00236C99"/>
    <w:rsid w:val="00243538"/>
    <w:rsid w:val="002550BC"/>
    <w:rsid w:val="00274DBC"/>
    <w:rsid w:val="00282142"/>
    <w:rsid w:val="0029639D"/>
    <w:rsid w:val="002B2A38"/>
    <w:rsid w:val="002B45D3"/>
    <w:rsid w:val="002C4313"/>
    <w:rsid w:val="00326F90"/>
    <w:rsid w:val="00336886"/>
    <w:rsid w:val="003526FE"/>
    <w:rsid w:val="0037111C"/>
    <w:rsid w:val="003A3B4A"/>
    <w:rsid w:val="003A632D"/>
    <w:rsid w:val="003E42F3"/>
    <w:rsid w:val="003E44AF"/>
    <w:rsid w:val="003E4FCA"/>
    <w:rsid w:val="004024FB"/>
    <w:rsid w:val="00406815"/>
    <w:rsid w:val="00413D89"/>
    <w:rsid w:val="004241D9"/>
    <w:rsid w:val="00426473"/>
    <w:rsid w:val="00444BB8"/>
    <w:rsid w:val="00451F14"/>
    <w:rsid w:val="0045633A"/>
    <w:rsid w:val="0047030C"/>
    <w:rsid w:val="00493073"/>
    <w:rsid w:val="004A0633"/>
    <w:rsid w:val="004A0C80"/>
    <w:rsid w:val="004B5998"/>
    <w:rsid w:val="004D11F5"/>
    <w:rsid w:val="0055268E"/>
    <w:rsid w:val="00560243"/>
    <w:rsid w:val="00572D8D"/>
    <w:rsid w:val="00580AB0"/>
    <w:rsid w:val="00582C32"/>
    <w:rsid w:val="00586836"/>
    <w:rsid w:val="005B25FD"/>
    <w:rsid w:val="005E242A"/>
    <w:rsid w:val="005F63AF"/>
    <w:rsid w:val="005F701D"/>
    <w:rsid w:val="00604E45"/>
    <w:rsid w:val="006129ED"/>
    <w:rsid w:val="00622B93"/>
    <w:rsid w:val="00631239"/>
    <w:rsid w:val="006362C7"/>
    <w:rsid w:val="00650DDB"/>
    <w:rsid w:val="00662628"/>
    <w:rsid w:val="00665307"/>
    <w:rsid w:val="006C3C90"/>
    <w:rsid w:val="006D0213"/>
    <w:rsid w:val="006D4B49"/>
    <w:rsid w:val="006F2ED8"/>
    <w:rsid w:val="006F41EC"/>
    <w:rsid w:val="006F452B"/>
    <w:rsid w:val="006F4B06"/>
    <w:rsid w:val="00701E6F"/>
    <w:rsid w:val="00704F90"/>
    <w:rsid w:val="00722A19"/>
    <w:rsid w:val="0075062E"/>
    <w:rsid w:val="007A2B1F"/>
    <w:rsid w:val="007B2090"/>
    <w:rsid w:val="007D0B88"/>
    <w:rsid w:val="007E6D1F"/>
    <w:rsid w:val="007F10B8"/>
    <w:rsid w:val="007F7809"/>
    <w:rsid w:val="00822A04"/>
    <w:rsid w:val="00824CCB"/>
    <w:rsid w:val="00825AEA"/>
    <w:rsid w:val="0083604D"/>
    <w:rsid w:val="008665B3"/>
    <w:rsid w:val="00875715"/>
    <w:rsid w:val="00885A27"/>
    <w:rsid w:val="008B4F9C"/>
    <w:rsid w:val="008B7B61"/>
    <w:rsid w:val="009058B8"/>
    <w:rsid w:val="00906CD9"/>
    <w:rsid w:val="00962B6A"/>
    <w:rsid w:val="00971B56"/>
    <w:rsid w:val="0098029F"/>
    <w:rsid w:val="00995697"/>
    <w:rsid w:val="009A24A7"/>
    <w:rsid w:val="009B11A2"/>
    <w:rsid w:val="009B2812"/>
    <w:rsid w:val="009B5A1C"/>
    <w:rsid w:val="009C14BB"/>
    <w:rsid w:val="009D21C6"/>
    <w:rsid w:val="009F68BD"/>
    <w:rsid w:val="00A07FA1"/>
    <w:rsid w:val="00A11E50"/>
    <w:rsid w:val="00A642AA"/>
    <w:rsid w:val="00A74C83"/>
    <w:rsid w:val="00A968EE"/>
    <w:rsid w:val="00AA1D8D"/>
    <w:rsid w:val="00AA6BD8"/>
    <w:rsid w:val="00AE0252"/>
    <w:rsid w:val="00AF20B8"/>
    <w:rsid w:val="00AF4FCE"/>
    <w:rsid w:val="00B0533C"/>
    <w:rsid w:val="00B25662"/>
    <w:rsid w:val="00B3020A"/>
    <w:rsid w:val="00B36933"/>
    <w:rsid w:val="00B42E8B"/>
    <w:rsid w:val="00B47730"/>
    <w:rsid w:val="00B50417"/>
    <w:rsid w:val="00B737FF"/>
    <w:rsid w:val="00B77E45"/>
    <w:rsid w:val="00BE304F"/>
    <w:rsid w:val="00C171DD"/>
    <w:rsid w:val="00C17651"/>
    <w:rsid w:val="00C20ECB"/>
    <w:rsid w:val="00C24795"/>
    <w:rsid w:val="00C25879"/>
    <w:rsid w:val="00C37C1D"/>
    <w:rsid w:val="00C50DD5"/>
    <w:rsid w:val="00C63D31"/>
    <w:rsid w:val="00C75223"/>
    <w:rsid w:val="00CB0664"/>
    <w:rsid w:val="00CE7363"/>
    <w:rsid w:val="00D04389"/>
    <w:rsid w:val="00D15D35"/>
    <w:rsid w:val="00D25C9D"/>
    <w:rsid w:val="00D35D56"/>
    <w:rsid w:val="00D453C0"/>
    <w:rsid w:val="00D65A0B"/>
    <w:rsid w:val="00D73B54"/>
    <w:rsid w:val="00D95EF2"/>
    <w:rsid w:val="00D964C5"/>
    <w:rsid w:val="00D97DEF"/>
    <w:rsid w:val="00DA4BED"/>
    <w:rsid w:val="00DD0092"/>
    <w:rsid w:val="00E42B45"/>
    <w:rsid w:val="00E64B21"/>
    <w:rsid w:val="00E70705"/>
    <w:rsid w:val="00E76597"/>
    <w:rsid w:val="00E84513"/>
    <w:rsid w:val="00E85DA4"/>
    <w:rsid w:val="00EE1781"/>
    <w:rsid w:val="00EE244E"/>
    <w:rsid w:val="00EF0384"/>
    <w:rsid w:val="00EF7FF6"/>
    <w:rsid w:val="00F00152"/>
    <w:rsid w:val="00F06DDF"/>
    <w:rsid w:val="00F40770"/>
    <w:rsid w:val="00F51194"/>
    <w:rsid w:val="00F754A7"/>
    <w:rsid w:val="00F94E68"/>
    <w:rsid w:val="00FA1214"/>
    <w:rsid w:val="00FC693F"/>
    <w:rsid w:val="00FC6994"/>
    <w:rsid w:val="00FC76D3"/>
    <w:rsid w:val="00FF50B4"/>
    <w:rsid w:val="563FB321"/>
    <w:rsid w:val="6193ABFE"/>
    <w:rsid w:val="74C8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5B07EE"/>
  <w14:defaultImageDpi w14:val="300"/>
  <w15:docId w15:val="{7007B5B7-67A3-6349-A10B-9B95C963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"/>
    <w:rsid w:val="0028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82142"/>
  </w:style>
  <w:style w:type="character" w:customStyle="1" w:styleId="eop">
    <w:name w:val="eop"/>
    <w:basedOn w:val="DefaultParagraphFont"/>
    <w:rsid w:val="00282142"/>
  </w:style>
  <w:style w:type="character" w:customStyle="1" w:styleId="scxw32023484">
    <w:name w:val="scxw32023484"/>
    <w:basedOn w:val="DefaultParagraphFont"/>
    <w:rsid w:val="00282142"/>
  </w:style>
  <w:style w:type="character" w:customStyle="1" w:styleId="scxw262431714">
    <w:name w:val="scxw262431714"/>
    <w:basedOn w:val="DefaultParagraphFont"/>
    <w:rsid w:val="00282142"/>
  </w:style>
  <w:style w:type="character" w:customStyle="1" w:styleId="scxw12656114">
    <w:name w:val="scxw12656114"/>
    <w:basedOn w:val="DefaultParagraphFont"/>
    <w:rsid w:val="00282142"/>
  </w:style>
  <w:style w:type="character" w:customStyle="1" w:styleId="scxw169255133">
    <w:name w:val="scxw169255133"/>
    <w:basedOn w:val="DefaultParagraphFont"/>
    <w:rsid w:val="0055268E"/>
  </w:style>
  <w:style w:type="character" w:customStyle="1" w:styleId="scxw9612452">
    <w:name w:val="scxw9612452"/>
    <w:basedOn w:val="DefaultParagraphFont"/>
    <w:rsid w:val="005B25FD"/>
  </w:style>
  <w:style w:type="character" w:customStyle="1" w:styleId="scxw75204089">
    <w:name w:val="scxw75204089"/>
    <w:basedOn w:val="DefaultParagraphFont"/>
    <w:rsid w:val="005B25FD"/>
  </w:style>
  <w:style w:type="character" w:customStyle="1" w:styleId="scxw19203783">
    <w:name w:val="scxw19203783"/>
    <w:basedOn w:val="DefaultParagraphFont"/>
    <w:rsid w:val="005B25FD"/>
  </w:style>
  <w:style w:type="character" w:customStyle="1" w:styleId="scxw48935950">
    <w:name w:val="scxw48935950"/>
    <w:basedOn w:val="DefaultParagraphFont"/>
    <w:rsid w:val="005B25FD"/>
  </w:style>
  <w:style w:type="character" w:customStyle="1" w:styleId="scxw59603496">
    <w:name w:val="scxw59603496"/>
    <w:basedOn w:val="DefaultParagraphFont"/>
    <w:rsid w:val="005B25FD"/>
  </w:style>
  <w:style w:type="character" w:customStyle="1" w:styleId="scxw228984527">
    <w:name w:val="scxw228984527"/>
    <w:basedOn w:val="DefaultParagraphFont"/>
    <w:rsid w:val="00444BB8"/>
  </w:style>
  <w:style w:type="character" w:customStyle="1" w:styleId="scxw5893440">
    <w:name w:val="scxw5893440"/>
    <w:basedOn w:val="DefaultParagraphFont"/>
    <w:rsid w:val="00444BB8"/>
  </w:style>
  <w:style w:type="character" w:customStyle="1" w:styleId="scxw197726956">
    <w:name w:val="scxw197726956"/>
    <w:basedOn w:val="DefaultParagraphFont"/>
    <w:rsid w:val="00444BB8"/>
  </w:style>
  <w:style w:type="character" w:customStyle="1" w:styleId="scxw119274989">
    <w:name w:val="scxw119274989"/>
    <w:basedOn w:val="DefaultParagraphFont"/>
    <w:rsid w:val="00444BB8"/>
  </w:style>
  <w:style w:type="character" w:customStyle="1" w:styleId="scxw207694552">
    <w:name w:val="scxw207694552"/>
    <w:basedOn w:val="DefaultParagraphFont"/>
    <w:rsid w:val="00444BB8"/>
  </w:style>
  <w:style w:type="character" w:customStyle="1" w:styleId="scxw85115976">
    <w:name w:val="scxw85115976"/>
    <w:basedOn w:val="DefaultParagraphFont"/>
    <w:rsid w:val="00A11E50"/>
  </w:style>
  <w:style w:type="character" w:customStyle="1" w:styleId="scxw119800907">
    <w:name w:val="scxw119800907"/>
    <w:basedOn w:val="DefaultParagraphFont"/>
    <w:rsid w:val="00A11E50"/>
  </w:style>
  <w:style w:type="character" w:customStyle="1" w:styleId="scxw130831686">
    <w:name w:val="scxw130831686"/>
    <w:basedOn w:val="DefaultParagraphFont"/>
    <w:rsid w:val="00A11E50"/>
  </w:style>
  <w:style w:type="character" w:customStyle="1" w:styleId="scxw193516707">
    <w:name w:val="scxw193516707"/>
    <w:basedOn w:val="DefaultParagraphFont"/>
    <w:rsid w:val="00A11E50"/>
  </w:style>
  <w:style w:type="character" w:customStyle="1" w:styleId="scxw14619446">
    <w:name w:val="scxw14619446"/>
    <w:basedOn w:val="DefaultParagraphFont"/>
    <w:rsid w:val="00A11E50"/>
  </w:style>
  <w:style w:type="character" w:customStyle="1" w:styleId="scxw167452407">
    <w:name w:val="scxw167452407"/>
    <w:basedOn w:val="DefaultParagraphFont"/>
    <w:rsid w:val="003A3B4A"/>
  </w:style>
  <w:style w:type="character" w:customStyle="1" w:styleId="scxw52589656">
    <w:name w:val="scxw52589656"/>
    <w:basedOn w:val="DefaultParagraphFont"/>
    <w:rsid w:val="003A3B4A"/>
  </w:style>
  <w:style w:type="character" w:customStyle="1" w:styleId="scxw165484853">
    <w:name w:val="scxw165484853"/>
    <w:basedOn w:val="DefaultParagraphFont"/>
    <w:rsid w:val="003A3B4A"/>
  </w:style>
  <w:style w:type="character" w:customStyle="1" w:styleId="scxw116827245">
    <w:name w:val="scxw116827245"/>
    <w:basedOn w:val="DefaultParagraphFont"/>
    <w:rsid w:val="003A3B4A"/>
  </w:style>
  <w:style w:type="character" w:customStyle="1" w:styleId="scxw107782913">
    <w:name w:val="scxw107782913"/>
    <w:basedOn w:val="DefaultParagraphFont"/>
    <w:rsid w:val="003A3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mike seymour</cp:lastModifiedBy>
  <cp:revision>3</cp:revision>
  <cp:lastPrinted>2026-03-21T19:18:00Z</cp:lastPrinted>
  <dcterms:created xsi:type="dcterms:W3CDTF">2026-08-18T18:07:00Z</dcterms:created>
  <dcterms:modified xsi:type="dcterms:W3CDTF">2026-08-26T18:29:00Z</dcterms:modified>
  <cp:category/>
</cp:coreProperties>
</file>