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ACAC1" w14:textId="77777777" w:rsidR="00905B8E" w:rsidRPr="009058B8" w:rsidRDefault="00905B8E" w:rsidP="00905B8E">
      <w:proofErr w:type="spellStart"/>
      <w:r w:rsidRPr="009058B8">
        <w:t>ChildEats</w:t>
      </w:r>
      <w:proofErr w:type="spellEnd"/>
      <w:r w:rsidRPr="009058B8">
        <w:t xml:space="preserve"> </w:t>
      </w:r>
      <w:r w:rsidRPr="00AE4E75">
        <w:rPr>
          <w:highlight w:val="yellow"/>
        </w:rPr>
        <w:t>VEGETARIAN</w:t>
      </w:r>
      <w:r>
        <w:t xml:space="preserve"> Monthly Menu</w:t>
      </w:r>
    </w:p>
    <w:p w14:paraId="064FD36F" w14:textId="5080400E" w:rsidR="007A2B1F" w:rsidRDefault="006F4B06" w:rsidP="74C8372C">
      <w:pPr>
        <w:spacing w:after="100"/>
        <w:jc w:val="center"/>
        <w:rPr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07057682" wp14:editId="3DEEB8D1">
            <wp:extent cx="7034991" cy="966439"/>
            <wp:effectExtent l="0" t="0" r="1270" b="0"/>
            <wp:docPr id="766196473" name="Picture 1" descr="A logo with orange and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96473" name="Picture 1" descr="A logo with orange and green leav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5810" cy="9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06748280"/>
      <w:r w:rsidR="74C8372C" w:rsidRPr="74C8372C">
        <w:rPr>
          <w:b/>
          <w:bCs/>
          <w:sz w:val="16"/>
          <w:szCs w:val="16"/>
        </w:rPr>
        <w:t xml:space="preserve"> </w:t>
      </w:r>
      <w:bookmarkStart w:id="1" w:name="_Hlk214642016"/>
      <w:bookmarkEnd w:id="0"/>
      <w:r w:rsidR="00E85DA4" w:rsidRPr="3232E45E">
        <w:rPr>
          <w:b/>
          <w:bCs/>
          <w:sz w:val="16"/>
          <w:szCs w:val="16"/>
        </w:rPr>
        <w:t xml:space="preserve">Week 1 • </w:t>
      </w:r>
      <w:bookmarkEnd w:id="1"/>
      <w:r w:rsidR="00D453C0">
        <w:rPr>
          <w:b/>
          <w:bCs/>
          <w:sz w:val="16"/>
          <w:szCs w:val="16"/>
        </w:rPr>
        <w:t>August 3</w:t>
      </w:r>
      <w:r w:rsidR="008177F1">
        <w:rPr>
          <w:b/>
          <w:bCs/>
          <w:sz w:val="16"/>
          <w:szCs w:val="16"/>
        </w:rPr>
        <w:t>1- September 4</w:t>
      </w:r>
    </w:p>
    <w:tbl>
      <w:tblPr>
        <w:tblStyle w:val="TableGrid"/>
        <w:tblW w:w="11044" w:type="dxa"/>
        <w:tblLook w:val="04A0" w:firstRow="1" w:lastRow="0" w:firstColumn="1" w:lastColumn="0" w:noHBand="0" w:noVBand="1"/>
      </w:tblPr>
      <w:tblGrid>
        <w:gridCol w:w="1997"/>
        <w:gridCol w:w="1652"/>
        <w:gridCol w:w="1888"/>
        <w:gridCol w:w="1888"/>
        <w:gridCol w:w="1863"/>
        <w:gridCol w:w="1756"/>
      </w:tblGrid>
      <w:tr w:rsidR="008177F1" w:rsidRPr="00F754A7" w14:paraId="07300CEC" w14:textId="77777777" w:rsidTr="74C8372C">
        <w:trPr>
          <w:trHeight w:val="251"/>
        </w:trPr>
        <w:tc>
          <w:tcPr>
            <w:tcW w:w="1997" w:type="dxa"/>
          </w:tcPr>
          <w:p w14:paraId="3F6F0B1D" w14:textId="77777777" w:rsidR="008177F1" w:rsidRPr="00F754A7" w:rsidRDefault="008177F1" w:rsidP="008177F1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652" w:type="dxa"/>
            <w:shd w:val="clear" w:color="auto" w:fill="FDEBD0"/>
          </w:tcPr>
          <w:p w14:paraId="3F589EDE" w14:textId="756E89E9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8/31</w:t>
            </w:r>
          </w:p>
        </w:tc>
        <w:tc>
          <w:tcPr>
            <w:tcW w:w="1888" w:type="dxa"/>
            <w:shd w:val="clear" w:color="auto" w:fill="D6EAF8"/>
          </w:tcPr>
          <w:p w14:paraId="7EC70E06" w14:textId="1B1B0DCB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9/01</w:t>
            </w:r>
          </w:p>
        </w:tc>
        <w:tc>
          <w:tcPr>
            <w:tcW w:w="1888" w:type="dxa"/>
            <w:shd w:val="clear" w:color="auto" w:fill="F9E79F"/>
          </w:tcPr>
          <w:p w14:paraId="2FD78582" w14:textId="559CE3F4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9/02</w:t>
            </w:r>
          </w:p>
        </w:tc>
        <w:tc>
          <w:tcPr>
            <w:tcW w:w="1863" w:type="dxa"/>
            <w:shd w:val="clear" w:color="auto" w:fill="D5F5E3"/>
          </w:tcPr>
          <w:p w14:paraId="2137C406" w14:textId="3C93A656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9/03</w:t>
            </w:r>
          </w:p>
        </w:tc>
        <w:tc>
          <w:tcPr>
            <w:tcW w:w="1756" w:type="dxa"/>
            <w:shd w:val="clear" w:color="auto" w:fill="FADBD8"/>
          </w:tcPr>
          <w:p w14:paraId="6F8D6F7A" w14:textId="302F7F19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9/04</w:t>
            </w:r>
          </w:p>
        </w:tc>
      </w:tr>
      <w:tr w:rsidR="00905B8E" w:rsidRPr="00F754A7" w14:paraId="73A96F65" w14:textId="77777777" w:rsidTr="74C8372C">
        <w:trPr>
          <w:trHeight w:val="701"/>
        </w:trPr>
        <w:tc>
          <w:tcPr>
            <w:tcW w:w="1997" w:type="dxa"/>
            <w:vAlign w:val="center"/>
          </w:tcPr>
          <w:p w14:paraId="6113B4B0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652" w:type="dxa"/>
            <w:vAlign w:val="center"/>
          </w:tcPr>
          <w:p w14:paraId="4C07AB1D" w14:textId="448AFFFF" w:rsidR="00905B8E" w:rsidRPr="00F754A7" w:rsidRDefault="00905B8E" w:rsidP="00905B8E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 Veggie Nuggets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26375697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Carrots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5D3C55F1" w14:textId="3F6038CA" w:rsidR="00905B8E" w:rsidRPr="00F754A7" w:rsidRDefault="00905B8E" w:rsidP="00905B8E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Mozzarella Stick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Mashed Potato/WG Bread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Green Peas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26375697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6EB9F9A8" w14:textId="72D367AC" w:rsidR="00905B8E" w:rsidRPr="00F754A7" w:rsidRDefault="00905B8E" w:rsidP="00905B8E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Vegetable Patty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63" w:type="dxa"/>
            <w:vAlign w:val="center"/>
          </w:tcPr>
          <w:p w14:paraId="6FAB8C94" w14:textId="4AEA9E3D" w:rsidR="00905B8E" w:rsidRPr="00F754A7" w:rsidRDefault="00905B8E" w:rsidP="00905B8E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Cheese Pizza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Roasted Potato/WG Bread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756" w:type="dxa"/>
            <w:vAlign w:val="center"/>
          </w:tcPr>
          <w:p w14:paraId="233CEEFF" w14:textId="22CAAC75" w:rsidR="00905B8E" w:rsidRPr="00F754A7" w:rsidRDefault="00905B8E" w:rsidP="00905B8E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Mac N Cheese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Cauliflower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905B8E" w:rsidRPr="00F754A7" w14:paraId="304854E9" w14:textId="77777777" w:rsidTr="74C8372C">
        <w:trPr>
          <w:trHeight w:val="359"/>
        </w:trPr>
        <w:tc>
          <w:tcPr>
            <w:tcW w:w="1997" w:type="dxa"/>
            <w:vAlign w:val="center"/>
          </w:tcPr>
          <w:p w14:paraId="46236FD3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652" w:type="dxa"/>
            <w:vAlign w:val="center"/>
          </w:tcPr>
          <w:p w14:paraId="38494724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Cheese Quesadillas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5885CE7D" w14:textId="6E3AFFA6" w:rsidR="00905B8E" w:rsidRPr="00F754A7" w:rsidRDefault="00905B8E" w:rsidP="00905B8E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 Baby Carrots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72282A70" w14:textId="77777777" w:rsidR="00905B8E" w:rsidRPr="00B03916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3"/>
                <w:szCs w:val="13"/>
              </w:rPr>
            </w:pPr>
            <w:r w:rsidRPr="00B03916">
              <w:rPr>
                <w:rStyle w:val="eop"/>
                <w:sz w:val="13"/>
                <w:szCs w:val="13"/>
              </w:rPr>
              <w:t>Seasonal Fruit</w:t>
            </w:r>
            <w:r w:rsidRPr="00B03916"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204F6D46" w14:textId="09F0F949" w:rsidR="00905B8E" w:rsidRPr="00B5041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Mini Puffs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72993995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Blueberry Muffin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221FE46F" w14:textId="7B42F28D" w:rsidR="00905B8E" w:rsidRPr="0004192A" w:rsidRDefault="00905B8E" w:rsidP="00905B8E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63" w:type="dxa"/>
            <w:vAlign w:val="center"/>
          </w:tcPr>
          <w:p w14:paraId="472AC2CC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Pancakes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3C8B2D2C" w14:textId="4E7FDE61" w:rsidR="00905B8E" w:rsidRPr="0023543E" w:rsidRDefault="00905B8E" w:rsidP="00905B8E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Apple Sauce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756" w:type="dxa"/>
            <w:vAlign w:val="center"/>
          </w:tcPr>
          <w:p w14:paraId="3289B8B6" w14:textId="42FBC0F8" w:rsidR="00905B8E" w:rsidRDefault="008177F1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/>
                <w:b/>
                <w:bCs/>
                <w:sz w:val="13"/>
                <w:szCs w:val="13"/>
                <w:lang w:val="en"/>
              </w:rPr>
              <w:t>Boiled Egg</w:t>
            </w:r>
          </w:p>
          <w:p w14:paraId="4250C953" w14:textId="687FECDD" w:rsidR="00905B8E" w:rsidRPr="00426473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Cucumber Sticks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</w:tbl>
    <w:p w14:paraId="44C48C5B" w14:textId="07B9A33E" w:rsidR="00E85DA4" w:rsidRPr="00F754A7" w:rsidRDefault="00E85DA4" w:rsidP="00E85DA4">
      <w:pPr>
        <w:spacing w:before="300" w:after="100"/>
        <w:jc w:val="center"/>
        <w:rPr>
          <w:sz w:val="20"/>
          <w:szCs w:val="20"/>
        </w:rPr>
      </w:pPr>
      <w:bookmarkStart w:id="2" w:name="_Hlk206748302"/>
      <w:r w:rsidRPr="3232E45E">
        <w:rPr>
          <w:b/>
          <w:bCs/>
          <w:sz w:val="16"/>
          <w:szCs w:val="16"/>
        </w:rPr>
        <w:t xml:space="preserve">Week 2 • </w:t>
      </w:r>
      <w:r w:rsidR="008177F1">
        <w:rPr>
          <w:b/>
          <w:bCs/>
          <w:sz w:val="16"/>
          <w:szCs w:val="16"/>
        </w:rPr>
        <w:t>September 7-11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6"/>
        <w:gridCol w:w="1846"/>
        <w:gridCol w:w="1846"/>
        <w:gridCol w:w="1846"/>
        <w:gridCol w:w="1846"/>
      </w:tblGrid>
      <w:tr w:rsidR="008177F1" w:rsidRPr="00F754A7" w14:paraId="0B23AC33" w14:textId="77777777" w:rsidTr="74C8372C">
        <w:tc>
          <w:tcPr>
            <w:tcW w:w="1848" w:type="dxa"/>
          </w:tcPr>
          <w:bookmarkEnd w:id="2"/>
          <w:p w14:paraId="0E28C5AB" w14:textId="77777777" w:rsidR="008177F1" w:rsidRPr="00F754A7" w:rsidRDefault="008177F1" w:rsidP="008177F1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6" w:type="dxa"/>
            <w:shd w:val="clear" w:color="auto" w:fill="FDEBD0"/>
          </w:tcPr>
          <w:p w14:paraId="7AC0B79B" w14:textId="5A6D5EB3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9/07</w:t>
            </w:r>
          </w:p>
        </w:tc>
        <w:tc>
          <w:tcPr>
            <w:tcW w:w="1846" w:type="dxa"/>
            <w:shd w:val="clear" w:color="auto" w:fill="D6EAF8"/>
          </w:tcPr>
          <w:p w14:paraId="767574F2" w14:textId="3CE2DAA1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9/08</w:t>
            </w:r>
          </w:p>
        </w:tc>
        <w:tc>
          <w:tcPr>
            <w:tcW w:w="1846" w:type="dxa"/>
            <w:shd w:val="clear" w:color="auto" w:fill="F9E79F"/>
          </w:tcPr>
          <w:p w14:paraId="3F2FD25B" w14:textId="653492DB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9/09</w:t>
            </w:r>
          </w:p>
        </w:tc>
        <w:tc>
          <w:tcPr>
            <w:tcW w:w="1846" w:type="dxa"/>
            <w:shd w:val="clear" w:color="auto" w:fill="D5F5E3"/>
          </w:tcPr>
          <w:p w14:paraId="11617369" w14:textId="798FB469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9/10</w:t>
            </w:r>
          </w:p>
        </w:tc>
        <w:tc>
          <w:tcPr>
            <w:tcW w:w="1846" w:type="dxa"/>
            <w:shd w:val="clear" w:color="auto" w:fill="FADBD8"/>
          </w:tcPr>
          <w:p w14:paraId="74ABD130" w14:textId="0A53B450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9/11</w:t>
            </w:r>
          </w:p>
        </w:tc>
      </w:tr>
      <w:tr w:rsidR="00905B8E" w:rsidRPr="00F754A7" w14:paraId="62D9BDBC" w14:textId="77777777" w:rsidTr="74C8372C">
        <w:trPr>
          <w:trHeight w:val="800"/>
        </w:trPr>
        <w:tc>
          <w:tcPr>
            <w:tcW w:w="1848" w:type="dxa"/>
            <w:vAlign w:val="center"/>
          </w:tcPr>
          <w:p w14:paraId="1650AECE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6" w:type="dxa"/>
            <w:vAlign w:val="center"/>
          </w:tcPr>
          <w:p w14:paraId="56A39357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 Veggie Nuggets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26375697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Sweet Potato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304ED966" w14:textId="5C5843D9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Bread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5BF6D93F" w14:textId="62F6C400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Mozzarella Stick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7A52EB4B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Mac N Cheese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27F932C2" w14:textId="5A1998C7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Broccoli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59C9C544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Cheese Pizza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eastAsiaTheme="majorEastAs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Herb Boiled Potato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2CA19BB2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Bread 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1E1D1365" w14:textId="4EDEB4E9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Vegetables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35037DB9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Falafel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3143851"/>
                <w:rFonts w:ascii="Cambria" w:eastAsiaTheme="majorEastAs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  <w:lang w:val="en"/>
              </w:rPr>
              <w:t>WG Buckwheat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 xml:space="preserve">  </w:t>
            </w:r>
            <w:r>
              <w:rPr>
                <w:rStyle w:val="scxw123143851"/>
                <w:rFonts w:ascii="Cambria" w:eastAsiaTheme="majorEastAs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Cucumber Salad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5C7DD824" w14:textId="61FAE6EA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905B8E" w:rsidRPr="00F754A7" w14:paraId="6F9D7BF6" w14:textId="77777777" w:rsidTr="74C8372C">
        <w:trPr>
          <w:trHeight w:val="377"/>
        </w:trPr>
        <w:tc>
          <w:tcPr>
            <w:tcW w:w="1848" w:type="dxa"/>
            <w:vAlign w:val="center"/>
          </w:tcPr>
          <w:p w14:paraId="5650BB46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6" w:type="dxa"/>
            <w:vAlign w:val="center"/>
          </w:tcPr>
          <w:p w14:paraId="5F5CA921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722D4E6F" w14:textId="00D12EBC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Mini Puffs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6D98D263" w14:textId="77777777" w:rsidR="00905B8E" w:rsidRPr="00700854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 w:rsidRPr="00700854">
              <w:rPr>
                <w:rStyle w:val="normaltextrun"/>
                <w:rFonts w:ascii="Cambria" w:hAnsi="Cambria" w:cs="Segoe UI"/>
                <w:b/>
                <w:bCs/>
                <w:sz w:val="12"/>
                <w:szCs w:val="12"/>
              </w:rPr>
              <w:t>WG Melted Cheese Wedges</w:t>
            </w:r>
            <w:r w:rsidRPr="00700854">
              <w:rPr>
                <w:rStyle w:val="normaltextrun"/>
                <w:rFonts w:ascii="Cambria" w:hAnsi="Cambria" w:cs="Segoe UI"/>
                <w:sz w:val="12"/>
                <w:szCs w:val="12"/>
              </w:rPr>
              <w:t> </w:t>
            </w:r>
            <w:r w:rsidRPr="00700854">
              <w:rPr>
                <w:rStyle w:val="eop"/>
                <w:rFonts w:ascii="Cambria" w:eastAsiaTheme="majorEastAsia" w:hAnsi="Cambria" w:cs="Segoe UI"/>
                <w:sz w:val="12"/>
                <w:szCs w:val="12"/>
              </w:rPr>
              <w:t> </w:t>
            </w:r>
          </w:p>
          <w:p w14:paraId="4F26E8A4" w14:textId="1ACC15AE" w:rsidR="00905B8E" w:rsidRPr="00F754A7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1C6F84D1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Blueberry Square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22B7C035" w14:textId="7D4701F1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 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4AE39148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French Toast Sticks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7E5588EB" w14:textId="174949BB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5FC448B1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7A4013F4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Cottage Cheese  </w:t>
            </w:r>
            <w:r w:rsidRPr="7A4013F4">
              <w:rPr>
                <w:rStyle w:val="normaltextrun"/>
                <w:rFonts w:ascii="Cambria" w:hAnsi="Cambria" w:cs="Segoe UI"/>
                <w:sz w:val="13"/>
                <w:szCs w:val="13"/>
              </w:rPr>
              <w:t> </w:t>
            </w:r>
            <w:r w:rsidRPr="7A4013F4"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32728D24" w14:textId="0825A4EA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 xml:space="preserve">WG </w:t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Waffle  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</w:tr>
    </w:tbl>
    <w:p w14:paraId="1F820169" w14:textId="60EE1E05" w:rsidR="00E85DA4" w:rsidRPr="00F754A7" w:rsidRDefault="00E85DA4" w:rsidP="00E85DA4">
      <w:pPr>
        <w:spacing w:before="300" w:after="100"/>
        <w:jc w:val="center"/>
        <w:rPr>
          <w:sz w:val="20"/>
          <w:szCs w:val="20"/>
        </w:rPr>
      </w:pPr>
      <w:bookmarkStart w:id="3" w:name="_Hlk206748319"/>
      <w:r w:rsidRPr="3232E45E">
        <w:rPr>
          <w:b/>
          <w:bCs/>
          <w:sz w:val="16"/>
          <w:szCs w:val="16"/>
        </w:rPr>
        <w:t xml:space="preserve">Week 3 • </w:t>
      </w:r>
      <w:r w:rsidR="008177F1">
        <w:rPr>
          <w:b/>
          <w:bCs/>
          <w:sz w:val="16"/>
          <w:szCs w:val="16"/>
        </w:rPr>
        <w:t>September 14-18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6"/>
        <w:gridCol w:w="1846"/>
        <w:gridCol w:w="1846"/>
        <w:gridCol w:w="1846"/>
        <w:gridCol w:w="1846"/>
      </w:tblGrid>
      <w:tr w:rsidR="008177F1" w:rsidRPr="00F754A7" w14:paraId="468CF04D" w14:textId="77777777" w:rsidTr="74C8372C">
        <w:tc>
          <w:tcPr>
            <w:tcW w:w="1848" w:type="dxa"/>
          </w:tcPr>
          <w:bookmarkEnd w:id="3"/>
          <w:p w14:paraId="0C2F897C" w14:textId="77777777" w:rsidR="008177F1" w:rsidRPr="00F754A7" w:rsidRDefault="008177F1" w:rsidP="008177F1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6" w:type="dxa"/>
            <w:shd w:val="clear" w:color="auto" w:fill="FDEBD0"/>
          </w:tcPr>
          <w:p w14:paraId="525A8217" w14:textId="16CC5593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9/14</w:t>
            </w:r>
          </w:p>
        </w:tc>
        <w:tc>
          <w:tcPr>
            <w:tcW w:w="1846" w:type="dxa"/>
            <w:shd w:val="clear" w:color="auto" w:fill="D6EAF8"/>
          </w:tcPr>
          <w:p w14:paraId="1AB86543" w14:textId="4A89790E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9/15</w:t>
            </w:r>
          </w:p>
        </w:tc>
        <w:tc>
          <w:tcPr>
            <w:tcW w:w="1846" w:type="dxa"/>
            <w:shd w:val="clear" w:color="auto" w:fill="F9E79F"/>
          </w:tcPr>
          <w:p w14:paraId="590A8702" w14:textId="75D47DFA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9/16</w:t>
            </w:r>
          </w:p>
        </w:tc>
        <w:tc>
          <w:tcPr>
            <w:tcW w:w="1846" w:type="dxa"/>
            <w:shd w:val="clear" w:color="auto" w:fill="D5F5E3"/>
          </w:tcPr>
          <w:p w14:paraId="11F5AE38" w14:textId="21B331ED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9/17</w:t>
            </w:r>
          </w:p>
        </w:tc>
        <w:tc>
          <w:tcPr>
            <w:tcW w:w="1846" w:type="dxa"/>
            <w:shd w:val="clear" w:color="auto" w:fill="FADBD8"/>
          </w:tcPr>
          <w:p w14:paraId="5632628C" w14:textId="756FB8E5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9/18</w:t>
            </w:r>
          </w:p>
        </w:tc>
      </w:tr>
      <w:tr w:rsidR="00905B8E" w:rsidRPr="00F754A7" w14:paraId="48099C86" w14:textId="77777777" w:rsidTr="74C8372C">
        <w:trPr>
          <w:trHeight w:val="701"/>
        </w:trPr>
        <w:tc>
          <w:tcPr>
            <w:tcW w:w="1848" w:type="dxa"/>
            <w:vAlign w:val="center"/>
          </w:tcPr>
          <w:p w14:paraId="7BF77A38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6" w:type="dxa"/>
            <w:vAlign w:val="center"/>
          </w:tcPr>
          <w:p w14:paraId="6018A649" w14:textId="003C1A46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Mozzarella Stick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  <w:tc>
          <w:tcPr>
            <w:tcW w:w="1846" w:type="dxa"/>
            <w:vAlign w:val="center"/>
          </w:tcPr>
          <w:p w14:paraId="2CB026BF" w14:textId="57CB13B4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Veggie Nuggets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Mashed Potato/WG Bread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  <w:tc>
          <w:tcPr>
            <w:tcW w:w="1846" w:type="dxa"/>
            <w:vAlign w:val="center"/>
          </w:tcPr>
          <w:p w14:paraId="7CCB3A42" w14:textId="6D187B6B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Mac N Cheese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Carrots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  <w:tc>
          <w:tcPr>
            <w:tcW w:w="1846" w:type="dxa"/>
            <w:vAlign w:val="center"/>
          </w:tcPr>
          <w:p w14:paraId="1B87041E" w14:textId="4213B895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Cheese Pizza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</w:t>
            </w:r>
            <w:r w:rsidRPr="6085C215">
              <w:rPr>
                <w:rStyle w:val="scxw123143851"/>
                <w:rFonts w:ascii="Cambria" w:eastAsiaTheme="majorEastAsia" w:hAnsi="Cambria" w:cs="Segoe UI"/>
                <w:sz w:val="13"/>
                <w:szCs w:val="13"/>
              </w:rPr>
              <w:t> </w:t>
            </w:r>
            <w:r w:rsidRPr="6085C215">
              <w:rPr>
                <w:rFonts w:ascii="Cambria" w:hAnsi="Cambria" w:cs="Segoe UI"/>
                <w:sz w:val="13"/>
                <w:szCs w:val="13"/>
              </w:rPr>
              <w:t xml:space="preserve"> 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Roasted Potato/WG Bread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Green Peas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  <w:tc>
          <w:tcPr>
            <w:tcW w:w="1846" w:type="dxa"/>
            <w:vAlign w:val="center"/>
          </w:tcPr>
          <w:p w14:paraId="25B5BC68" w14:textId="65238D7C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Mac N Cheese</w:t>
            </w:r>
            <w:r w:rsidRPr="6085C215">
              <w:rPr>
                <w:rStyle w:val="normaltextrun"/>
                <w:rFonts w:ascii="Cambria" w:eastAsia="Cambria" w:hAnsi="Cambria" w:cs="Cambria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Steamed Vegetables</w:t>
            </w:r>
            <w:r w:rsidRPr="6085C215">
              <w:rPr>
                <w:rStyle w:val="normaltextrun"/>
                <w:rFonts w:ascii="Cambria" w:eastAsia="Cambria" w:hAnsi="Cambria" w:cs="Cambria"/>
                <w:sz w:val="13"/>
                <w:szCs w:val="13"/>
              </w:rPr>
              <w:t>  </w:t>
            </w:r>
            <w:r>
              <w:br/>
            </w:r>
            <w:r w:rsidRPr="6085C21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eastAsia="Cambria" w:hAnsi="Cambria" w:cs="Cambria"/>
                <w:sz w:val="13"/>
                <w:szCs w:val="13"/>
              </w:rPr>
              <w:t>  </w:t>
            </w:r>
          </w:p>
        </w:tc>
      </w:tr>
      <w:tr w:rsidR="00905B8E" w:rsidRPr="00F754A7" w14:paraId="5BB94F5C" w14:textId="77777777" w:rsidTr="74C8372C">
        <w:tc>
          <w:tcPr>
            <w:tcW w:w="1848" w:type="dxa"/>
            <w:vAlign w:val="center"/>
          </w:tcPr>
          <w:p w14:paraId="33C6AA1B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6" w:type="dxa"/>
            <w:vAlign w:val="center"/>
          </w:tcPr>
          <w:p w14:paraId="7BE4D624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 xml:space="preserve">WG </w:t>
            </w: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Cheese Quesadillas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</w:t>
            </w:r>
            <w:r w:rsidRPr="6085C215"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67789716" w14:textId="14F81DD0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Baby Carrots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  <w:tc>
          <w:tcPr>
            <w:tcW w:w="1846" w:type="dxa"/>
            <w:vAlign w:val="center"/>
          </w:tcPr>
          <w:p w14:paraId="475DF621" w14:textId="3FEA68A4" w:rsidR="00905B8E" w:rsidRDefault="008177F1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  <w:lang w:val="en"/>
              </w:rPr>
              <w:t>Yogurt</w:t>
            </w:r>
          </w:p>
          <w:p w14:paraId="1849198F" w14:textId="40D4186E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="008177F1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Cracker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2C06193B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Banana Bread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</w:t>
            </w:r>
            <w:r w:rsidRPr="6085C215"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47665260" w14:textId="0102B4D2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  <w:tc>
          <w:tcPr>
            <w:tcW w:w="1846" w:type="dxa"/>
            <w:vAlign w:val="center"/>
          </w:tcPr>
          <w:p w14:paraId="1B878750" w14:textId="4C9377AE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 xml:space="preserve">WG </w:t>
            </w:r>
            <w:r w:rsidR="008177F1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Pancake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</w:t>
            </w:r>
            <w:r w:rsidRPr="6085C215"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3B72F508" w14:textId="395ED730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hAnsi="Cambria" w:cs="Segoe UI"/>
                <w:sz w:val="13"/>
                <w:szCs w:val="13"/>
              </w:rPr>
              <w:t>  </w:t>
            </w:r>
          </w:p>
        </w:tc>
        <w:tc>
          <w:tcPr>
            <w:tcW w:w="1846" w:type="dxa"/>
            <w:vAlign w:val="center"/>
          </w:tcPr>
          <w:p w14:paraId="631F4FE1" w14:textId="77777777" w:rsidR="00905B8E" w:rsidRDefault="00905B8E" w:rsidP="00905B8E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Seasonal Fruit</w:t>
            </w:r>
            <w:r w:rsidRPr="6085C21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 </w:t>
            </w:r>
            <w:r w:rsidRPr="6085C215">
              <w:rPr>
                <w:rStyle w:val="normaltextrun"/>
                <w:rFonts w:ascii="Cambria" w:eastAsia="Cambria" w:hAnsi="Cambria" w:cs="Cambria"/>
                <w:sz w:val="13"/>
                <w:szCs w:val="13"/>
              </w:rPr>
              <w:t>  </w:t>
            </w:r>
          </w:p>
          <w:p w14:paraId="442F0AAC" w14:textId="4348501E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6085C21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Mini Puffs</w:t>
            </w:r>
            <w:r w:rsidRPr="6085C215">
              <w:rPr>
                <w:rStyle w:val="normaltextrun"/>
                <w:rFonts w:ascii="Cambria" w:eastAsia="Cambria" w:hAnsi="Cambria" w:cs="Cambria"/>
                <w:sz w:val="13"/>
                <w:szCs w:val="13"/>
              </w:rPr>
              <w:t>  </w:t>
            </w:r>
          </w:p>
        </w:tc>
      </w:tr>
    </w:tbl>
    <w:p w14:paraId="4FB25ED2" w14:textId="0D4C6E44" w:rsidR="00E85DA4" w:rsidRPr="005B25FD" w:rsidRDefault="00E85DA4" w:rsidP="00E85DA4">
      <w:pPr>
        <w:spacing w:before="300" w:after="100"/>
        <w:jc w:val="center"/>
        <w:rPr>
          <w:b/>
          <w:bCs/>
          <w:sz w:val="16"/>
          <w:szCs w:val="16"/>
        </w:rPr>
      </w:pPr>
      <w:bookmarkStart w:id="4" w:name="_Hlk206748338"/>
      <w:bookmarkStart w:id="5" w:name="_Hlk214640983"/>
      <w:r w:rsidRPr="3232E45E">
        <w:rPr>
          <w:b/>
          <w:bCs/>
          <w:sz w:val="16"/>
          <w:szCs w:val="16"/>
        </w:rPr>
        <w:t xml:space="preserve">Week 4 • </w:t>
      </w:r>
      <w:r w:rsidR="008177F1">
        <w:rPr>
          <w:b/>
          <w:bCs/>
          <w:sz w:val="16"/>
          <w:szCs w:val="16"/>
        </w:rPr>
        <w:t>September 21-25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6"/>
        <w:gridCol w:w="1846"/>
        <w:gridCol w:w="1846"/>
        <w:gridCol w:w="1846"/>
        <w:gridCol w:w="1846"/>
      </w:tblGrid>
      <w:tr w:rsidR="008177F1" w:rsidRPr="00F754A7" w14:paraId="60E8F66D" w14:textId="77777777" w:rsidTr="74C8372C">
        <w:tc>
          <w:tcPr>
            <w:tcW w:w="1848" w:type="dxa"/>
          </w:tcPr>
          <w:bookmarkEnd w:id="4"/>
          <w:bookmarkEnd w:id="5"/>
          <w:p w14:paraId="2F09E005" w14:textId="77777777" w:rsidR="008177F1" w:rsidRPr="00F754A7" w:rsidRDefault="008177F1" w:rsidP="008177F1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6" w:type="dxa"/>
            <w:shd w:val="clear" w:color="auto" w:fill="FDEBD0"/>
          </w:tcPr>
          <w:p w14:paraId="1D4D965B" w14:textId="10A1CC53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9/21</w:t>
            </w:r>
          </w:p>
        </w:tc>
        <w:tc>
          <w:tcPr>
            <w:tcW w:w="1846" w:type="dxa"/>
            <w:shd w:val="clear" w:color="auto" w:fill="D6EAF8"/>
          </w:tcPr>
          <w:p w14:paraId="71D6138F" w14:textId="66B602CB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9/22</w:t>
            </w:r>
          </w:p>
        </w:tc>
        <w:tc>
          <w:tcPr>
            <w:tcW w:w="1846" w:type="dxa"/>
            <w:shd w:val="clear" w:color="auto" w:fill="F9E79F"/>
          </w:tcPr>
          <w:p w14:paraId="18801F96" w14:textId="6CB3BE89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9/23</w:t>
            </w:r>
          </w:p>
        </w:tc>
        <w:tc>
          <w:tcPr>
            <w:tcW w:w="1846" w:type="dxa"/>
            <w:shd w:val="clear" w:color="auto" w:fill="D5F5E3"/>
          </w:tcPr>
          <w:p w14:paraId="45A761C3" w14:textId="3C85F596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9/24</w:t>
            </w:r>
          </w:p>
        </w:tc>
        <w:tc>
          <w:tcPr>
            <w:tcW w:w="1846" w:type="dxa"/>
            <w:shd w:val="clear" w:color="auto" w:fill="FADBD8"/>
          </w:tcPr>
          <w:p w14:paraId="15C1BA72" w14:textId="6BF109FD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9/25</w:t>
            </w:r>
          </w:p>
        </w:tc>
      </w:tr>
      <w:tr w:rsidR="00905B8E" w:rsidRPr="00F754A7" w14:paraId="6A66C238" w14:textId="77777777" w:rsidTr="74C8372C">
        <w:trPr>
          <w:trHeight w:val="647"/>
        </w:trPr>
        <w:tc>
          <w:tcPr>
            <w:tcW w:w="1848" w:type="dxa"/>
            <w:vAlign w:val="center"/>
          </w:tcPr>
          <w:p w14:paraId="483C9CC4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6" w:type="dxa"/>
            <w:vAlign w:val="center"/>
          </w:tcPr>
          <w:p w14:paraId="5856D959" w14:textId="6C8AF8B1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Mac N Cheese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Cucumber Salad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16DD0ED7" w14:textId="2F249D2A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Veggie Nuggets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Sweet Potato/WG Bread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398F09F9" w14:textId="76B56C0E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Falafel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Broccoli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62F9D1C6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Cheese Pizza</w:t>
            </w:r>
            <w:r>
              <w:rPr>
                <w:rStyle w:val="scxw188358537"/>
                <w:rFonts w:ascii="Cambria" w:eastAsiaTheme="majorEastAs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Herb Boiled Potato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24F181FB" w14:textId="77777777" w:rsidR="00905B8E" w:rsidRDefault="00905B8E" w:rsidP="00905B8E">
            <w:pPr>
              <w:jc w:val="center"/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 xml:space="preserve">WG Bread </w:t>
            </w:r>
          </w:p>
          <w:p w14:paraId="3F7E7451" w14:textId="601446FC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71411F9D" w14:textId="2270FA9D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Vegetable Patty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  <w:lang w:val="en"/>
              </w:rPr>
              <w:t>WG Buckwheat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Vegetables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905B8E" w:rsidRPr="00F754A7" w14:paraId="453E7EE3" w14:textId="77777777" w:rsidTr="74C8372C">
        <w:trPr>
          <w:trHeight w:val="359"/>
        </w:trPr>
        <w:tc>
          <w:tcPr>
            <w:tcW w:w="1848" w:type="dxa"/>
            <w:vAlign w:val="center"/>
          </w:tcPr>
          <w:p w14:paraId="0335C5AD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6" w:type="dxa"/>
            <w:vAlign w:val="center"/>
          </w:tcPr>
          <w:p w14:paraId="5128EF64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Boiled Egg 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40ED1D78" w14:textId="7962A405" w:rsidR="00905B8E" w:rsidRPr="00F754A7" w:rsidRDefault="008177F1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Cucumber</w:t>
            </w:r>
            <w:r w:rsidR="00905B8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 xml:space="preserve"> Stick</w:t>
            </w:r>
            <w:r w:rsidR="00905B8E"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 w:rsidR="00905B8E"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62A9C17D" w14:textId="77777777" w:rsidR="008177F1" w:rsidRPr="008177F1" w:rsidRDefault="008177F1" w:rsidP="00905B8E">
            <w:pPr>
              <w:jc w:val="center"/>
              <w:rPr>
                <w:rStyle w:val="eop"/>
                <w:b/>
                <w:bCs/>
                <w:sz w:val="12"/>
                <w:szCs w:val="12"/>
              </w:rPr>
            </w:pPr>
            <w:r w:rsidRPr="008177F1">
              <w:rPr>
                <w:rStyle w:val="eop"/>
                <w:rFonts w:ascii="Cambria" w:hAnsi="Cambria" w:cs="Segoe UI"/>
                <w:b/>
                <w:bCs/>
                <w:sz w:val="12"/>
                <w:szCs w:val="12"/>
              </w:rPr>
              <w:t>Y</w:t>
            </w:r>
            <w:r w:rsidRPr="008177F1">
              <w:rPr>
                <w:rStyle w:val="eop"/>
                <w:b/>
                <w:bCs/>
                <w:sz w:val="12"/>
                <w:szCs w:val="12"/>
              </w:rPr>
              <w:t>ogurt</w:t>
            </w:r>
          </w:p>
          <w:p w14:paraId="63905119" w14:textId="60222AB0" w:rsidR="00905B8E" w:rsidRPr="00F754A7" w:rsidRDefault="008177F1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 w:rsidRPr="008177F1">
              <w:rPr>
                <w:rStyle w:val="eop"/>
                <w:b/>
                <w:bCs/>
                <w:sz w:val="12"/>
                <w:szCs w:val="12"/>
              </w:rPr>
              <w:t>Mini Puffs</w:t>
            </w:r>
            <w:r w:rsidR="00905B8E"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1967D41A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Blueberry Muffin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32840805" w14:textId="3F40AEE7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458143EE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Cottage Cheese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0E347CCA" w14:textId="0B17DCE1" w:rsidR="00905B8E" w:rsidRPr="0023543E" w:rsidRDefault="00905B8E" w:rsidP="00905B8E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Pancakes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53B14509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Carrot Square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0EA4041D" w14:textId="52B2405C" w:rsidR="00905B8E" w:rsidRPr="00F754A7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</w:tbl>
    <w:p w14:paraId="1EE3AEF2" w14:textId="673484AD" w:rsidR="00E85DA4" w:rsidRPr="005B25FD" w:rsidRDefault="00E85DA4" w:rsidP="00E85DA4">
      <w:pPr>
        <w:spacing w:before="300" w:after="100"/>
        <w:jc w:val="center"/>
        <w:rPr>
          <w:b/>
          <w:bCs/>
          <w:sz w:val="16"/>
          <w:szCs w:val="16"/>
        </w:rPr>
      </w:pPr>
      <w:bookmarkStart w:id="6" w:name="_Hlk206748359"/>
      <w:r w:rsidRPr="3232E45E">
        <w:rPr>
          <w:b/>
          <w:bCs/>
          <w:sz w:val="16"/>
          <w:szCs w:val="16"/>
        </w:rPr>
        <w:t xml:space="preserve">Week 5 • </w:t>
      </w:r>
      <w:r w:rsidR="008177F1">
        <w:rPr>
          <w:b/>
          <w:bCs/>
          <w:sz w:val="16"/>
          <w:szCs w:val="16"/>
        </w:rPr>
        <w:t>September 28- October 2</w:t>
      </w:r>
    </w:p>
    <w:tbl>
      <w:tblPr>
        <w:tblStyle w:val="TableGrid"/>
        <w:tblW w:w="11096" w:type="dxa"/>
        <w:tblLook w:val="04A0" w:firstRow="1" w:lastRow="0" w:firstColumn="1" w:lastColumn="0" w:noHBand="0" w:noVBand="1"/>
      </w:tblPr>
      <w:tblGrid>
        <w:gridCol w:w="1851"/>
        <w:gridCol w:w="1849"/>
        <w:gridCol w:w="1849"/>
        <w:gridCol w:w="1849"/>
        <w:gridCol w:w="1849"/>
        <w:gridCol w:w="1849"/>
      </w:tblGrid>
      <w:tr w:rsidR="008177F1" w:rsidRPr="00F754A7" w14:paraId="30E27EEB" w14:textId="77777777" w:rsidTr="74C8372C">
        <w:trPr>
          <w:trHeight w:val="300"/>
        </w:trPr>
        <w:tc>
          <w:tcPr>
            <w:tcW w:w="1851" w:type="dxa"/>
          </w:tcPr>
          <w:bookmarkEnd w:id="6"/>
          <w:p w14:paraId="738611DE" w14:textId="77777777" w:rsidR="008177F1" w:rsidRPr="00F754A7" w:rsidRDefault="008177F1" w:rsidP="008177F1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9" w:type="dxa"/>
            <w:shd w:val="clear" w:color="auto" w:fill="FDEBD0"/>
          </w:tcPr>
          <w:p w14:paraId="321735DC" w14:textId="6CF481F1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9/28</w:t>
            </w:r>
          </w:p>
        </w:tc>
        <w:tc>
          <w:tcPr>
            <w:tcW w:w="1849" w:type="dxa"/>
            <w:shd w:val="clear" w:color="auto" w:fill="D6EAF8"/>
          </w:tcPr>
          <w:p w14:paraId="6C17428F" w14:textId="128BA6A0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9/29</w:t>
            </w:r>
          </w:p>
        </w:tc>
        <w:tc>
          <w:tcPr>
            <w:tcW w:w="1849" w:type="dxa"/>
            <w:shd w:val="clear" w:color="auto" w:fill="F9E79F"/>
          </w:tcPr>
          <w:p w14:paraId="34F46096" w14:textId="6CCB0F71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9/30</w:t>
            </w:r>
          </w:p>
        </w:tc>
        <w:tc>
          <w:tcPr>
            <w:tcW w:w="1849" w:type="dxa"/>
            <w:shd w:val="clear" w:color="auto" w:fill="D5F5E3"/>
          </w:tcPr>
          <w:p w14:paraId="70F2C3A9" w14:textId="6B2BFDCB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10/01</w:t>
            </w:r>
          </w:p>
        </w:tc>
        <w:tc>
          <w:tcPr>
            <w:tcW w:w="1849" w:type="dxa"/>
            <w:shd w:val="clear" w:color="auto" w:fill="FADBD8"/>
          </w:tcPr>
          <w:p w14:paraId="136BD55A" w14:textId="493DD8B9" w:rsidR="008177F1" w:rsidRDefault="008177F1" w:rsidP="008177F1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10/02</w:t>
            </w:r>
          </w:p>
        </w:tc>
      </w:tr>
      <w:tr w:rsidR="00905B8E" w:rsidRPr="00F754A7" w14:paraId="4830838D" w14:textId="77777777" w:rsidTr="74C8372C">
        <w:trPr>
          <w:trHeight w:val="593"/>
        </w:trPr>
        <w:tc>
          <w:tcPr>
            <w:tcW w:w="1851" w:type="dxa"/>
            <w:vAlign w:val="center"/>
          </w:tcPr>
          <w:p w14:paraId="3D036476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9" w:type="dxa"/>
            <w:vAlign w:val="center"/>
          </w:tcPr>
          <w:p w14:paraId="4631D97C" w14:textId="518704D1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 Veggie Nuggets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26375697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Carrots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17142FE" w14:textId="359C533B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Mozzarella Stick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Mashed Potato/WG Bread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Green Peas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26375697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7123AEB0" w14:textId="151B0B72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Vegetable Patty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0F17A6C" w14:textId="200B1BFE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Cheese Pizza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Roasted Potato/WG Bread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8DDD340" w14:textId="08A9251A" w:rsidR="00905B8E" w:rsidRDefault="00905B8E" w:rsidP="00905B8E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Mac N Cheese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8835853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Cauliflower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scxw12789530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905B8E" w:rsidRPr="00F754A7" w14:paraId="23BE76A6" w14:textId="77777777" w:rsidTr="74C8372C">
        <w:trPr>
          <w:trHeight w:val="350"/>
        </w:trPr>
        <w:tc>
          <w:tcPr>
            <w:tcW w:w="1851" w:type="dxa"/>
            <w:vAlign w:val="center"/>
          </w:tcPr>
          <w:p w14:paraId="083387CD" w14:textId="77777777" w:rsidR="00905B8E" w:rsidRPr="00F754A7" w:rsidRDefault="00905B8E" w:rsidP="00905B8E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9" w:type="dxa"/>
            <w:vAlign w:val="center"/>
          </w:tcPr>
          <w:p w14:paraId="318FB5C2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Cheese Quesadillas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3BED7334" w14:textId="713C9B41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 Baby Carrots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1E92BEE6" w14:textId="77777777" w:rsidR="00905B8E" w:rsidRPr="00B03916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3"/>
                <w:szCs w:val="13"/>
              </w:rPr>
            </w:pPr>
            <w:r w:rsidRPr="00B03916">
              <w:rPr>
                <w:rStyle w:val="eop"/>
                <w:sz w:val="13"/>
                <w:szCs w:val="13"/>
              </w:rPr>
              <w:t>Seasonal Fruit</w:t>
            </w:r>
            <w:r w:rsidRPr="00B03916"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1F69606B" w14:textId="7EB2452F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Mini Puffs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7AE538D1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Blueberry Muffin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28A4AA23" w14:textId="46C1972C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768B972F" w14:textId="77777777" w:rsidR="00905B8E" w:rsidRDefault="00905B8E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Pancakes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eastAsiaTheme="majorEastAsia" w:hAnsi="Cambria" w:cs="Segoe UI"/>
                <w:sz w:val="13"/>
                <w:szCs w:val="13"/>
              </w:rPr>
              <w:t> </w:t>
            </w:r>
          </w:p>
          <w:p w14:paraId="501FBC35" w14:textId="6433E6B9" w:rsidR="00905B8E" w:rsidRPr="00F754A7" w:rsidRDefault="00905B8E" w:rsidP="00905B8E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Apple Sauce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1B3920D6" w14:textId="33160FE9" w:rsidR="00905B8E" w:rsidRDefault="008177F1" w:rsidP="00905B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/>
                <w:b/>
                <w:bCs/>
                <w:sz w:val="13"/>
                <w:szCs w:val="13"/>
                <w:lang w:val="en"/>
              </w:rPr>
              <w:t>Boiled Egg</w:t>
            </w:r>
          </w:p>
          <w:p w14:paraId="749C6F4A" w14:textId="79AD7E17" w:rsidR="00905B8E" w:rsidRDefault="00905B8E" w:rsidP="00905B8E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Cucumber Sticks</w:t>
            </w:r>
            <w:r>
              <w:rPr>
                <w:rStyle w:val="normaltextrun"/>
                <w:rFonts w:ascii="Cambria" w:hAnsi="Cambria" w:cs="Segoe UI"/>
                <w:sz w:val="13"/>
                <w:szCs w:val="13"/>
              </w:rPr>
              <w:t> 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</w:tbl>
    <w:p w14:paraId="4790262F" w14:textId="3F9375BF" w:rsidR="007A2B1F" w:rsidRPr="00F754A7" w:rsidRDefault="00B25662" w:rsidP="00DA4BED">
      <w:pPr>
        <w:pStyle w:val="IntenseQuote"/>
        <w:ind w:left="0"/>
        <w:rPr>
          <w:color w:val="FF0000"/>
          <w:sz w:val="24"/>
          <w:szCs w:val="24"/>
        </w:rPr>
      </w:pPr>
      <w:r w:rsidRPr="00F754A7">
        <w:rPr>
          <w:sz w:val="18"/>
          <w:szCs w:val="18"/>
        </w:rPr>
        <w:t>Note: All fruits are subject to seasonal availability</w:t>
      </w:r>
      <w:r w:rsidR="00DA4BED">
        <w:rPr>
          <w:sz w:val="18"/>
          <w:szCs w:val="18"/>
        </w:rPr>
        <w:t xml:space="preserve">.                                                 </w:t>
      </w:r>
      <w:r w:rsidR="009058B8" w:rsidRPr="00F754A7">
        <w:rPr>
          <w:sz w:val="18"/>
          <w:szCs w:val="18"/>
        </w:rPr>
        <w:t xml:space="preserve">   </w:t>
      </w:r>
      <w:r w:rsidRPr="00F754A7">
        <w:rPr>
          <w:color w:val="FF0000"/>
          <w:sz w:val="18"/>
          <w:szCs w:val="24"/>
        </w:rPr>
        <w:t>childeats.com • prepared by petergofchicago.com</w:t>
      </w:r>
    </w:p>
    <w:sectPr w:rsidR="007A2B1F" w:rsidRPr="00F754A7" w:rsidSect="0003461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4401593">
    <w:abstractNumId w:val="8"/>
  </w:num>
  <w:num w:numId="2" w16cid:durableId="556478232">
    <w:abstractNumId w:val="6"/>
  </w:num>
  <w:num w:numId="3" w16cid:durableId="1079406417">
    <w:abstractNumId w:val="5"/>
  </w:num>
  <w:num w:numId="4" w16cid:durableId="494567260">
    <w:abstractNumId w:val="4"/>
  </w:num>
  <w:num w:numId="5" w16cid:durableId="1727682874">
    <w:abstractNumId w:val="7"/>
  </w:num>
  <w:num w:numId="6" w16cid:durableId="1179781670">
    <w:abstractNumId w:val="3"/>
  </w:num>
  <w:num w:numId="7" w16cid:durableId="1632634915">
    <w:abstractNumId w:val="2"/>
  </w:num>
  <w:num w:numId="8" w16cid:durableId="596249605">
    <w:abstractNumId w:val="1"/>
  </w:num>
  <w:num w:numId="9" w16cid:durableId="159921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FF0"/>
    <w:rsid w:val="00034575"/>
    <w:rsid w:val="00034616"/>
    <w:rsid w:val="0004192A"/>
    <w:rsid w:val="00051409"/>
    <w:rsid w:val="0006063C"/>
    <w:rsid w:val="00061DAA"/>
    <w:rsid w:val="000A78B0"/>
    <w:rsid w:val="000B629C"/>
    <w:rsid w:val="000D2AC5"/>
    <w:rsid w:val="000F753F"/>
    <w:rsid w:val="00106607"/>
    <w:rsid w:val="00122033"/>
    <w:rsid w:val="0013117F"/>
    <w:rsid w:val="00142261"/>
    <w:rsid w:val="001458F2"/>
    <w:rsid w:val="0015074B"/>
    <w:rsid w:val="001563D2"/>
    <w:rsid w:val="00166570"/>
    <w:rsid w:val="0016791D"/>
    <w:rsid w:val="00190656"/>
    <w:rsid w:val="001967AC"/>
    <w:rsid w:val="00203657"/>
    <w:rsid w:val="00207B8C"/>
    <w:rsid w:val="0023400C"/>
    <w:rsid w:val="0023543E"/>
    <w:rsid w:val="00236C99"/>
    <w:rsid w:val="00243538"/>
    <w:rsid w:val="002550BC"/>
    <w:rsid w:val="00274DBC"/>
    <w:rsid w:val="00282142"/>
    <w:rsid w:val="0029639D"/>
    <w:rsid w:val="002B2A38"/>
    <w:rsid w:val="002B45D3"/>
    <w:rsid w:val="002C4313"/>
    <w:rsid w:val="00326F90"/>
    <w:rsid w:val="00336886"/>
    <w:rsid w:val="003526FE"/>
    <w:rsid w:val="0037111C"/>
    <w:rsid w:val="003A3B4A"/>
    <w:rsid w:val="003A632D"/>
    <w:rsid w:val="003E42F3"/>
    <w:rsid w:val="003E44AF"/>
    <w:rsid w:val="003E4FCA"/>
    <w:rsid w:val="004024FB"/>
    <w:rsid w:val="00406815"/>
    <w:rsid w:val="00413D89"/>
    <w:rsid w:val="004241D9"/>
    <w:rsid w:val="00426473"/>
    <w:rsid w:val="00444BB8"/>
    <w:rsid w:val="0045633A"/>
    <w:rsid w:val="0047030C"/>
    <w:rsid w:val="00493073"/>
    <w:rsid w:val="004A0633"/>
    <w:rsid w:val="004D11F5"/>
    <w:rsid w:val="0052429F"/>
    <w:rsid w:val="0055268E"/>
    <w:rsid w:val="00560243"/>
    <w:rsid w:val="00572D8D"/>
    <w:rsid w:val="00580AB0"/>
    <w:rsid w:val="00582C32"/>
    <w:rsid w:val="00586836"/>
    <w:rsid w:val="005B25FD"/>
    <w:rsid w:val="005E242A"/>
    <w:rsid w:val="005F63AF"/>
    <w:rsid w:val="005F701D"/>
    <w:rsid w:val="00604E45"/>
    <w:rsid w:val="006129ED"/>
    <w:rsid w:val="00622B93"/>
    <w:rsid w:val="00631239"/>
    <w:rsid w:val="006362C7"/>
    <w:rsid w:val="00650DDB"/>
    <w:rsid w:val="00662628"/>
    <w:rsid w:val="00665307"/>
    <w:rsid w:val="006D0213"/>
    <w:rsid w:val="006D4B49"/>
    <w:rsid w:val="006F2ED8"/>
    <w:rsid w:val="006F41EC"/>
    <w:rsid w:val="006F452B"/>
    <w:rsid w:val="006F4B06"/>
    <w:rsid w:val="00701E6F"/>
    <w:rsid w:val="00704F90"/>
    <w:rsid w:val="00722A19"/>
    <w:rsid w:val="0075062E"/>
    <w:rsid w:val="007A2B1F"/>
    <w:rsid w:val="007B2090"/>
    <w:rsid w:val="007D0B88"/>
    <w:rsid w:val="007E6D1F"/>
    <w:rsid w:val="007F10B8"/>
    <w:rsid w:val="007F7809"/>
    <w:rsid w:val="008177F1"/>
    <w:rsid w:val="00822A04"/>
    <w:rsid w:val="00824CCB"/>
    <w:rsid w:val="00825AEA"/>
    <w:rsid w:val="0083604D"/>
    <w:rsid w:val="008665B3"/>
    <w:rsid w:val="00875715"/>
    <w:rsid w:val="00885A27"/>
    <w:rsid w:val="008B4F9C"/>
    <w:rsid w:val="008B7B61"/>
    <w:rsid w:val="009058B8"/>
    <w:rsid w:val="00905B8E"/>
    <w:rsid w:val="00906CD9"/>
    <w:rsid w:val="00962B6A"/>
    <w:rsid w:val="00971B56"/>
    <w:rsid w:val="0098029F"/>
    <w:rsid w:val="00995697"/>
    <w:rsid w:val="009A24A7"/>
    <w:rsid w:val="009B11A2"/>
    <w:rsid w:val="009B2812"/>
    <w:rsid w:val="009B5A1C"/>
    <w:rsid w:val="009C14BB"/>
    <w:rsid w:val="009F68BD"/>
    <w:rsid w:val="00A07FA1"/>
    <w:rsid w:val="00A11E50"/>
    <w:rsid w:val="00A642AA"/>
    <w:rsid w:val="00A74C83"/>
    <w:rsid w:val="00A968EE"/>
    <w:rsid w:val="00AA1D8D"/>
    <w:rsid w:val="00AA6BD8"/>
    <w:rsid w:val="00AE0252"/>
    <w:rsid w:val="00AF20B8"/>
    <w:rsid w:val="00AF4FCE"/>
    <w:rsid w:val="00B0533C"/>
    <w:rsid w:val="00B25662"/>
    <w:rsid w:val="00B3020A"/>
    <w:rsid w:val="00B42E8B"/>
    <w:rsid w:val="00B47730"/>
    <w:rsid w:val="00B50417"/>
    <w:rsid w:val="00B737FF"/>
    <w:rsid w:val="00B77E45"/>
    <w:rsid w:val="00BE304F"/>
    <w:rsid w:val="00C171DD"/>
    <w:rsid w:val="00C17651"/>
    <w:rsid w:val="00C20ECB"/>
    <w:rsid w:val="00C24795"/>
    <w:rsid w:val="00C25879"/>
    <w:rsid w:val="00C37C1D"/>
    <w:rsid w:val="00C50DD5"/>
    <w:rsid w:val="00C63D31"/>
    <w:rsid w:val="00C75223"/>
    <w:rsid w:val="00CB0664"/>
    <w:rsid w:val="00CE7363"/>
    <w:rsid w:val="00D04389"/>
    <w:rsid w:val="00D15D35"/>
    <w:rsid w:val="00D25C9D"/>
    <w:rsid w:val="00D35D56"/>
    <w:rsid w:val="00D453C0"/>
    <w:rsid w:val="00D65A0B"/>
    <w:rsid w:val="00D73B54"/>
    <w:rsid w:val="00D95EF2"/>
    <w:rsid w:val="00D964C5"/>
    <w:rsid w:val="00D97DEF"/>
    <w:rsid w:val="00DA4BED"/>
    <w:rsid w:val="00DD0092"/>
    <w:rsid w:val="00E42B45"/>
    <w:rsid w:val="00E64B21"/>
    <w:rsid w:val="00E70705"/>
    <w:rsid w:val="00E76597"/>
    <w:rsid w:val="00E84513"/>
    <w:rsid w:val="00E85DA4"/>
    <w:rsid w:val="00EE1781"/>
    <w:rsid w:val="00EE244E"/>
    <w:rsid w:val="00EF0384"/>
    <w:rsid w:val="00EF7FF6"/>
    <w:rsid w:val="00F00152"/>
    <w:rsid w:val="00F06DDF"/>
    <w:rsid w:val="00F40770"/>
    <w:rsid w:val="00F51194"/>
    <w:rsid w:val="00F754A7"/>
    <w:rsid w:val="00F94E68"/>
    <w:rsid w:val="00FA1214"/>
    <w:rsid w:val="00FC693F"/>
    <w:rsid w:val="00FC6994"/>
    <w:rsid w:val="00FC76D3"/>
    <w:rsid w:val="00FF50B4"/>
    <w:rsid w:val="563FB321"/>
    <w:rsid w:val="6193ABFE"/>
    <w:rsid w:val="74C8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5B07EE"/>
  <w14:defaultImageDpi w14:val="300"/>
  <w15:docId w15:val="{7007B5B7-67A3-6349-A10B-9B95C963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"/>
    <w:rsid w:val="0028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82142"/>
  </w:style>
  <w:style w:type="character" w:customStyle="1" w:styleId="eop">
    <w:name w:val="eop"/>
    <w:basedOn w:val="DefaultParagraphFont"/>
    <w:rsid w:val="00282142"/>
  </w:style>
  <w:style w:type="character" w:customStyle="1" w:styleId="scxw32023484">
    <w:name w:val="scxw32023484"/>
    <w:basedOn w:val="DefaultParagraphFont"/>
    <w:rsid w:val="00282142"/>
  </w:style>
  <w:style w:type="character" w:customStyle="1" w:styleId="scxw262431714">
    <w:name w:val="scxw262431714"/>
    <w:basedOn w:val="DefaultParagraphFont"/>
    <w:rsid w:val="00282142"/>
  </w:style>
  <w:style w:type="character" w:customStyle="1" w:styleId="scxw12656114">
    <w:name w:val="scxw12656114"/>
    <w:basedOn w:val="DefaultParagraphFont"/>
    <w:rsid w:val="00282142"/>
  </w:style>
  <w:style w:type="character" w:customStyle="1" w:styleId="scxw169255133">
    <w:name w:val="scxw169255133"/>
    <w:basedOn w:val="DefaultParagraphFont"/>
    <w:rsid w:val="0055268E"/>
  </w:style>
  <w:style w:type="character" w:customStyle="1" w:styleId="scxw9612452">
    <w:name w:val="scxw9612452"/>
    <w:basedOn w:val="DefaultParagraphFont"/>
    <w:rsid w:val="005B25FD"/>
  </w:style>
  <w:style w:type="character" w:customStyle="1" w:styleId="scxw75204089">
    <w:name w:val="scxw75204089"/>
    <w:basedOn w:val="DefaultParagraphFont"/>
    <w:rsid w:val="005B25FD"/>
  </w:style>
  <w:style w:type="character" w:customStyle="1" w:styleId="scxw19203783">
    <w:name w:val="scxw19203783"/>
    <w:basedOn w:val="DefaultParagraphFont"/>
    <w:rsid w:val="005B25FD"/>
  </w:style>
  <w:style w:type="character" w:customStyle="1" w:styleId="scxw48935950">
    <w:name w:val="scxw48935950"/>
    <w:basedOn w:val="DefaultParagraphFont"/>
    <w:rsid w:val="005B25FD"/>
  </w:style>
  <w:style w:type="character" w:customStyle="1" w:styleId="scxw59603496">
    <w:name w:val="scxw59603496"/>
    <w:basedOn w:val="DefaultParagraphFont"/>
    <w:rsid w:val="005B25FD"/>
  </w:style>
  <w:style w:type="character" w:customStyle="1" w:styleId="scxw228984527">
    <w:name w:val="scxw228984527"/>
    <w:basedOn w:val="DefaultParagraphFont"/>
    <w:rsid w:val="00444BB8"/>
  </w:style>
  <w:style w:type="character" w:customStyle="1" w:styleId="scxw5893440">
    <w:name w:val="scxw5893440"/>
    <w:basedOn w:val="DefaultParagraphFont"/>
    <w:rsid w:val="00444BB8"/>
  </w:style>
  <w:style w:type="character" w:customStyle="1" w:styleId="scxw197726956">
    <w:name w:val="scxw197726956"/>
    <w:basedOn w:val="DefaultParagraphFont"/>
    <w:rsid w:val="00444BB8"/>
  </w:style>
  <w:style w:type="character" w:customStyle="1" w:styleId="scxw119274989">
    <w:name w:val="scxw119274989"/>
    <w:basedOn w:val="DefaultParagraphFont"/>
    <w:rsid w:val="00444BB8"/>
  </w:style>
  <w:style w:type="character" w:customStyle="1" w:styleId="scxw207694552">
    <w:name w:val="scxw207694552"/>
    <w:basedOn w:val="DefaultParagraphFont"/>
    <w:rsid w:val="00444BB8"/>
  </w:style>
  <w:style w:type="character" w:customStyle="1" w:styleId="scxw85115976">
    <w:name w:val="scxw85115976"/>
    <w:basedOn w:val="DefaultParagraphFont"/>
    <w:rsid w:val="00A11E50"/>
  </w:style>
  <w:style w:type="character" w:customStyle="1" w:styleId="scxw119800907">
    <w:name w:val="scxw119800907"/>
    <w:basedOn w:val="DefaultParagraphFont"/>
    <w:rsid w:val="00A11E50"/>
  </w:style>
  <w:style w:type="character" w:customStyle="1" w:styleId="scxw130831686">
    <w:name w:val="scxw130831686"/>
    <w:basedOn w:val="DefaultParagraphFont"/>
    <w:rsid w:val="00A11E50"/>
  </w:style>
  <w:style w:type="character" w:customStyle="1" w:styleId="scxw193516707">
    <w:name w:val="scxw193516707"/>
    <w:basedOn w:val="DefaultParagraphFont"/>
    <w:rsid w:val="00A11E50"/>
  </w:style>
  <w:style w:type="character" w:customStyle="1" w:styleId="scxw14619446">
    <w:name w:val="scxw14619446"/>
    <w:basedOn w:val="DefaultParagraphFont"/>
    <w:rsid w:val="00A11E50"/>
  </w:style>
  <w:style w:type="character" w:customStyle="1" w:styleId="scxw167452407">
    <w:name w:val="scxw167452407"/>
    <w:basedOn w:val="DefaultParagraphFont"/>
    <w:rsid w:val="003A3B4A"/>
  </w:style>
  <w:style w:type="character" w:customStyle="1" w:styleId="scxw52589656">
    <w:name w:val="scxw52589656"/>
    <w:basedOn w:val="DefaultParagraphFont"/>
    <w:rsid w:val="003A3B4A"/>
  </w:style>
  <w:style w:type="character" w:customStyle="1" w:styleId="scxw165484853">
    <w:name w:val="scxw165484853"/>
    <w:basedOn w:val="DefaultParagraphFont"/>
    <w:rsid w:val="003A3B4A"/>
  </w:style>
  <w:style w:type="character" w:customStyle="1" w:styleId="scxw116827245">
    <w:name w:val="scxw116827245"/>
    <w:basedOn w:val="DefaultParagraphFont"/>
    <w:rsid w:val="003A3B4A"/>
  </w:style>
  <w:style w:type="character" w:customStyle="1" w:styleId="scxw107782913">
    <w:name w:val="scxw107782913"/>
    <w:basedOn w:val="DefaultParagraphFont"/>
    <w:rsid w:val="003A3B4A"/>
  </w:style>
  <w:style w:type="character" w:customStyle="1" w:styleId="scxw263756975">
    <w:name w:val="scxw263756975"/>
    <w:basedOn w:val="DefaultParagraphFont"/>
    <w:rsid w:val="00905B8E"/>
  </w:style>
  <w:style w:type="character" w:customStyle="1" w:styleId="scxw12789530">
    <w:name w:val="scxw12789530"/>
    <w:basedOn w:val="DefaultParagraphFont"/>
    <w:rsid w:val="00905B8E"/>
  </w:style>
  <w:style w:type="character" w:customStyle="1" w:styleId="scxw188358537">
    <w:name w:val="scxw188358537"/>
    <w:basedOn w:val="DefaultParagraphFont"/>
    <w:rsid w:val="00905B8E"/>
  </w:style>
  <w:style w:type="character" w:customStyle="1" w:styleId="scxw123143851">
    <w:name w:val="scxw123143851"/>
    <w:basedOn w:val="DefaultParagraphFont"/>
    <w:rsid w:val="00905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mike seymour</cp:lastModifiedBy>
  <cp:revision>2</cp:revision>
  <cp:lastPrinted>2026-03-21T19:18:00Z</cp:lastPrinted>
  <dcterms:created xsi:type="dcterms:W3CDTF">2026-08-26T18:43:00Z</dcterms:created>
  <dcterms:modified xsi:type="dcterms:W3CDTF">2026-08-26T18:43:00Z</dcterms:modified>
  <cp:category/>
</cp:coreProperties>
</file>